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B1E2B" w14:textId="77777777" w:rsidR="00D21B21" w:rsidRDefault="0034659B">
      <w:pPr>
        <w:jc w:val="center"/>
      </w:pPr>
      <w:r>
        <w:rPr>
          <w:b/>
          <w:sz w:val="20"/>
        </w:rPr>
        <w:t>Biedrība “Vides kvalitāte”</w:t>
      </w:r>
      <w:r>
        <w:rPr>
          <w:b/>
          <w:sz w:val="20"/>
        </w:rPr>
        <w:br/>
        <w:t>Sertifikācijas institūcija “VIDES KVALITĀTE”</w:t>
      </w:r>
    </w:p>
    <w:p w14:paraId="6B40FC55" w14:textId="77777777" w:rsidR="00D21B21" w:rsidRDefault="0034659B">
      <w:pPr>
        <w:pStyle w:val="TitleVK"/>
        <w:jc w:val="center"/>
      </w:pPr>
      <w:r>
        <w:t>REG 22</w:t>
      </w:r>
      <w:r>
        <w:br/>
        <w:t>PIETEIKUMS PEFC KOKSNES PIEGĀDES ĶĒDES SERTIFIKĀCIJAI</w:t>
      </w:r>
    </w:p>
    <w:p w14:paraId="371D493C" w14:textId="77777777" w:rsidR="00D21B21" w:rsidRDefault="0034659B">
      <w:pPr>
        <w:jc w:val="center"/>
      </w:pPr>
      <w:r>
        <w:rPr>
          <w:i/>
          <w:sz w:val="18"/>
        </w:rPr>
        <w:t>PEFC ST 2002:2020 “Chain of Custody of Forest and Tree Based Products – Requirements”</w:t>
      </w:r>
    </w:p>
    <w:tbl>
      <w:tblPr>
        <w:tblStyle w:val="TableGrid"/>
        <w:tblW w:w="0" w:type="auto"/>
        <w:jc w:val="center"/>
        <w:tblLook w:val="04A0" w:firstRow="1" w:lastRow="0" w:firstColumn="1" w:lastColumn="0" w:noHBand="0" w:noVBand="1"/>
      </w:tblPr>
      <w:tblGrid>
        <w:gridCol w:w="1587"/>
        <w:gridCol w:w="1928"/>
        <w:gridCol w:w="1247"/>
        <w:gridCol w:w="2494"/>
      </w:tblGrid>
      <w:tr w:rsidR="00D21B21" w14:paraId="5725C93C" w14:textId="77777777">
        <w:trPr>
          <w:jc w:val="center"/>
        </w:trPr>
        <w:tc>
          <w:tcPr>
            <w:tcW w:w="1587" w:type="dxa"/>
            <w:shd w:val="clear" w:color="auto" w:fill="E7E6E6"/>
            <w:tcMar>
              <w:top w:w="65" w:type="dxa"/>
              <w:left w:w="80" w:type="dxa"/>
              <w:bottom w:w="65" w:type="dxa"/>
              <w:right w:w="80" w:type="dxa"/>
            </w:tcMar>
            <w:vAlign w:val="center"/>
          </w:tcPr>
          <w:p w14:paraId="798F47A7" w14:textId="77777777" w:rsidR="00D21B21" w:rsidRDefault="0034659B">
            <w:pPr>
              <w:spacing w:after="0"/>
            </w:pPr>
            <w:r>
              <w:rPr>
                <w:b/>
                <w:sz w:val="17"/>
              </w:rPr>
              <w:t>Versija Nr.</w:t>
            </w:r>
          </w:p>
        </w:tc>
        <w:tc>
          <w:tcPr>
            <w:tcW w:w="1928" w:type="dxa"/>
            <w:tcMar>
              <w:top w:w="65" w:type="dxa"/>
              <w:left w:w="80" w:type="dxa"/>
              <w:bottom w:w="65" w:type="dxa"/>
              <w:right w:w="80" w:type="dxa"/>
            </w:tcMar>
            <w:vAlign w:val="center"/>
          </w:tcPr>
          <w:p w14:paraId="08BCCF1A" w14:textId="77777777" w:rsidR="00D21B21" w:rsidRDefault="0034659B">
            <w:pPr>
              <w:spacing w:after="0"/>
            </w:pPr>
            <w:r>
              <w:rPr>
                <w:sz w:val="17"/>
              </w:rPr>
              <w:t>___</w:t>
            </w:r>
          </w:p>
        </w:tc>
        <w:tc>
          <w:tcPr>
            <w:tcW w:w="1247" w:type="dxa"/>
            <w:shd w:val="clear" w:color="auto" w:fill="E7E6E6"/>
            <w:tcMar>
              <w:top w:w="65" w:type="dxa"/>
              <w:left w:w="80" w:type="dxa"/>
              <w:bottom w:w="65" w:type="dxa"/>
              <w:right w:w="80" w:type="dxa"/>
            </w:tcMar>
            <w:vAlign w:val="center"/>
          </w:tcPr>
          <w:p w14:paraId="4E61CE9E" w14:textId="77777777" w:rsidR="00D21B21" w:rsidRDefault="0034659B">
            <w:pPr>
              <w:spacing w:after="0"/>
            </w:pPr>
            <w:r>
              <w:rPr>
                <w:b/>
                <w:sz w:val="17"/>
              </w:rPr>
              <w:t>Datums</w:t>
            </w:r>
          </w:p>
        </w:tc>
        <w:tc>
          <w:tcPr>
            <w:tcW w:w="2494" w:type="dxa"/>
            <w:tcMar>
              <w:top w:w="65" w:type="dxa"/>
              <w:left w:w="80" w:type="dxa"/>
              <w:bottom w:w="65" w:type="dxa"/>
              <w:right w:w="80" w:type="dxa"/>
            </w:tcMar>
            <w:vAlign w:val="center"/>
          </w:tcPr>
          <w:p w14:paraId="194069C1" w14:textId="77777777" w:rsidR="00D21B21" w:rsidRDefault="0034659B">
            <w:pPr>
              <w:spacing w:after="0"/>
            </w:pPr>
            <w:r>
              <w:rPr>
                <w:sz w:val="17"/>
              </w:rPr>
              <w:t>___.___.20___.</w:t>
            </w:r>
          </w:p>
        </w:tc>
      </w:tr>
    </w:tbl>
    <w:p w14:paraId="5FA5DE82" w14:textId="77777777" w:rsidR="00D21B21" w:rsidRDefault="0034659B">
      <w:pPr>
        <w:pStyle w:val="NoteVK"/>
      </w:pPr>
      <w:r>
        <w:rPr>
          <w:i/>
        </w:rPr>
        <w:t>Lūdzu aizpildīt pieteikumu un pievienot PEFC koksnes piegādes ķēdes dokumentētās procedūras. Pieteikumā pieprasīta informācija, kas nepieciešama sertifikācijas pieteikuma izvērtēšanai un audita plānošanai. Iesniegtā informācija tiek apstrādāta konfidenciāli.</w:t>
      </w:r>
    </w:p>
    <w:p w14:paraId="795607A6" w14:textId="77777777" w:rsidR="00D21B21" w:rsidRDefault="0034659B">
      <w:pPr>
        <w:pStyle w:val="Head1VK"/>
        <w:keepNext/>
      </w:pPr>
      <w:r>
        <w:t>1. ORGANIZĀCIJAS INFORMĀCIJA</w:t>
      </w:r>
    </w:p>
    <w:tbl>
      <w:tblPr>
        <w:tblStyle w:val="TableGrid"/>
        <w:tblW w:w="5000" w:type="pct"/>
        <w:jc w:val="center"/>
        <w:tblLook w:val="04A0" w:firstRow="1" w:lastRow="0" w:firstColumn="1" w:lastColumn="0" w:noHBand="0" w:noVBand="1"/>
      </w:tblPr>
      <w:tblGrid>
        <w:gridCol w:w="3081"/>
        <w:gridCol w:w="7109"/>
      </w:tblGrid>
      <w:tr w:rsidR="00D21B21" w14:paraId="461DCCD0" w14:textId="77777777" w:rsidTr="00496E8E">
        <w:trPr>
          <w:jc w:val="center"/>
        </w:trPr>
        <w:tc>
          <w:tcPr>
            <w:tcW w:w="1512" w:type="pct"/>
            <w:shd w:val="clear" w:color="auto" w:fill="E7E6E6"/>
            <w:tcMar>
              <w:top w:w="65" w:type="dxa"/>
              <w:left w:w="80" w:type="dxa"/>
              <w:bottom w:w="65" w:type="dxa"/>
              <w:right w:w="80" w:type="dxa"/>
            </w:tcMar>
            <w:vAlign w:val="center"/>
          </w:tcPr>
          <w:p w14:paraId="7470771E" w14:textId="77777777" w:rsidR="00D21B21" w:rsidRDefault="0034659B">
            <w:pPr>
              <w:spacing w:after="0"/>
            </w:pPr>
            <w:r>
              <w:rPr>
                <w:b/>
                <w:sz w:val="18"/>
              </w:rPr>
              <w:t>Juridiskais nosaukums</w:t>
            </w:r>
          </w:p>
        </w:tc>
        <w:tc>
          <w:tcPr>
            <w:tcW w:w="3488" w:type="pct"/>
            <w:tcMar>
              <w:top w:w="65" w:type="dxa"/>
              <w:left w:w="80" w:type="dxa"/>
              <w:bottom w:w="65" w:type="dxa"/>
              <w:right w:w="80" w:type="dxa"/>
            </w:tcMar>
            <w:vAlign w:val="center"/>
          </w:tcPr>
          <w:p w14:paraId="1996B801" w14:textId="77777777" w:rsidR="00D21B21" w:rsidRDefault="00D21B21">
            <w:pPr>
              <w:spacing w:after="0"/>
            </w:pPr>
          </w:p>
        </w:tc>
      </w:tr>
      <w:tr w:rsidR="00D21B21" w14:paraId="333775CC" w14:textId="77777777" w:rsidTr="00496E8E">
        <w:trPr>
          <w:jc w:val="center"/>
        </w:trPr>
        <w:tc>
          <w:tcPr>
            <w:tcW w:w="1512" w:type="pct"/>
            <w:shd w:val="clear" w:color="auto" w:fill="E7E6E6"/>
            <w:tcMar>
              <w:top w:w="65" w:type="dxa"/>
              <w:left w:w="80" w:type="dxa"/>
              <w:bottom w:w="65" w:type="dxa"/>
              <w:right w:w="80" w:type="dxa"/>
            </w:tcMar>
            <w:vAlign w:val="center"/>
          </w:tcPr>
          <w:p w14:paraId="00472839" w14:textId="77777777" w:rsidR="00D21B21" w:rsidRDefault="0034659B">
            <w:pPr>
              <w:spacing w:after="0"/>
            </w:pPr>
            <w:r>
              <w:rPr>
                <w:b/>
                <w:sz w:val="18"/>
              </w:rPr>
              <w:t>Reģistrācijas Nr. / juridiskā forma</w:t>
            </w:r>
          </w:p>
        </w:tc>
        <w:tc>
          <w:tcPr>
            <w:tcW w:w="3488" w:type="pct"/>
            <w:tcMar>
              <w:top w:w="65" w:type="dxa"/>
              <w:left w:w="80" w:type="dxa"/>
              <w:bottom w:w="65" w:type="dxa"/>
              <w:right w:w="80" w:type="dxa"/>
            </w:tcMar>
            <w:vAlign w:val="center"/>
          </w:tcPr>
          <w:p w14:paraId="44DED252" w14:textId="77777777" w:rsidR="00D21B21" w:rsidRDefault="00D21B21">
            <w:pPr>
              <w:spacing w:after="0"/>
            </w:pPr>
          </w:p>
        </w:tc>
      </w:tr>
      <w:tr w:rsidR="00D21B21" w14:paraId="27E8B901" w14:textId="77777777" w:rsidTr="00496E8E">
        <w:trPr>
          <w:jc w:val="center"/>
        </w:trPr>
        <w:tc>
          <w:tcPr>
            <w:tcW w:w="1512" w:type="pct"/>
            <w:shd w:val="clear" w:color="auto" w:fill="E7E6E6"/>
            <w:tcMar>
              <w:top w:w="65" w:type="dxa"/>
              <w:left w:w="80" w:type="dxa"/>
              <w:bottom w:w="65" w:type="dxa"/>
              <w:right w:w="80" w:type="dxa"/>
            </w:tcMar>
            <w:vAlign w:val="center"/>
          </w:tcPr>
          <w:p w14:paraId="71AEEB72" w14:textId="77777777" w:rsidR="00D21B21" w:rsidRDefault="0034659B">
            <w:pPr>
              <w:spacing w:after="0"/>
            </w:pPr>
            <w:r>
              <w:rPr>
                <w:b/>
                <w:sz w:val="18"/>
              </w:rPr>
              <w:t>Juridiskā adrese</w:t>
            </w:r>
          </w:p>
        </w:tc>
        <w:tc>
          <w:tcPr>
            <w:tcW w:w="3488" w:type="pct"/>
            <w:tcMar>
              <w:top w:w="65" w:type="dxa"/>
              <w:left w:w="80" w:type="dxa"/>
              <w:bottom w:w="65" w:type="dxa"/>
              <w:right w:w="80" w:type="dxa"/>
            </w:tcMar>
            <w:vAlign w:val="center"/>
          </w:tcPr>
          <w:p w14:paraId="5E8B7A89" w14:textId="77777777" w:rsidR="00D21B21" w:rsidRDefault="00D21B21">
            <w:pPr>
              <w:spacing w:after="0"/>
            </w:pPr>
          </w:p>
        </w:tc>
      </w:tr>
      <w:tr w:rsidR="00D21B21" w14:paraId="31152C3F" w14:textId="77777777" w:rsidTr="00496E8E">
        <w:trPr>
          <w:jc w:val="center"/>
        </w:trPr>
        <w:tc>
          <w:tcPr>
            <w:tcW w:w="1512" w:type="pct"/>
            <w:shd w:val="clear" w:color="auto" w:fill="E7E6E6"/>
            <w:tcMar>
              <w:top w:w="65" w:type="dxa"/>
              <w:left w:w="80" w:type="dxa"/>
              <w:bottom w:w="65" w:type="dxa"/>
              <w:right w:w="80" w:type="dxa"/>
            </w:tcMar>
            <w:vAlign w:val="center"/>
          </w:tcPr>
          <w:p w14:paraId="260E3009" w14:textId="77777777" w:rsidR="00D21B21" w:rsidRDefault="0034659B">
            <w:pPr>
              <w:spacing w:after="0"/>
            </w:pPr>
            <w:r>
              <w:rPr>
                <w:b/>
                <w:sz w:val="18"/>
              </w:rPr>
              <w:t>Valsts</w:t>
            </w:r>
          </w:p>
        </w:tc>
        <w:tc>
          <w:tcPr>
            <w:tcW w:w="3488" w:type="pct"/>
            <w:tcMar>
              <w:top w:w="65" w:type="dxa"/>
              <w:left w:w="80" w:type="dxa"/>
              <w:bottom w:w="65" w:type="dxa"/>
              <w:right w:w="80" w:type="dxa"/>
            </w:tcMar>
            <w:vAlign w:val="center"/>
          </w:tcPr>
          <w:p w14:paraId="0955867D" w14:textId="77777777" w:rsidR="00D21B21" w:rsidRDefault="0034659B">
            <w:pPr>
              <w:spacing w:after="0"/>
            </w:pPr>
            <w:r>
              <w:rPr>
                <w:sz w:val="18"/>
              </w:rPr>
              <w:t>Latvija</w:t>
            </w:r>
          </w:p>
        </w:tc>
      </w:tr>
      <w:tr w:rsidR="00D21B21" w14:paraId="615D5D99" w14:textId="77777777" w:rsidTr="00496E8E">
        <w:trPr>
          <w:jc w:val="center"/>
        </w:trPr>
        <w:tc>
          <w:tcPr>
            <w:tcW w:w="1512" w:type="pct"/>
            <w:shd w:val="clear" w:color="auto" w:fill="E7E6E6"/>
            <w:tcMar>
              <w:top w:w="65" w:type="dxa"/>
              <w:left w:w="80" w:type="dxa"/>
              <w:bottom w:w="65" w:type="dxa"/>
              <w:right w:w="80" w:type="dxa"/>
            </w:tcMar>
            <w:vAlign w:val="center"/>
          </w:tcPr>
          <w:p w14:paraId="144F47A1" w14:textId="77777777" w:rsidR="00D21B21" w:rsidRDefault="0034659B">
            <w:pPr>
              <w:spacing w:after="0"/>
            </w:pPr>
            <w:r>
              <w:rPr>
                <w:b/>
                <w:sz w:val="18"/>
              </w:rPr>
              <w:t>Kontaktpersona par PEFC CoC sertifikāciju</w:t>
            </w:r>
          </w:p>
        </w:tc>
        <w:tc>
          <w:tcPr>
            <w:tcW w:w="3488" w:type="pct"/>
            <w:tcMar>
              <w:top w:w="65" w:type="dxa"/>
              <w:left w:w="80" w:type="dxa"/>
              <w:bottom w:w="65" w:type="dxa"/>
              <w:right w:w="80" w:type="dxa"/>
            </w:tcMar>
            <w:vAlign w:val="center"/>
          </w:tcPr>
          <w:p w14:paraId="407B9DB1" w14:textId="77777777" w:rsidR="00D21B21" w:rsidRDefault="00D21B21">
            <w:pPr>
              <w:spacing w:after="0"/>
            </w:pPr>
          </w:p>
        </w:tc>
      </w:tr>
      <w:tr w:rsidR="00D21B21" w14:paraId="13E82A15" w14:textId="77777777" w:rsidTr="00496E8E">
        <w:trPr>
          <w:jc w:val="center"/>
        </w:trPr>
        <w:tc>
          <w:tcPr>
            <w:tcW w:w="1512" w:type="pct"/>
            <w:shd w:val="clear" w:color="auto" w:fill="E7E6E6"/>
            <w:tcMar>
              <w:top w:w="65" w:type="dxa"/>
              <w:left w:w="80" w:type="dxa"/>
              <w:bottom w:w="65" w:type="dxa"/>
              <w:right w:w="80" w:type="dxa"/>
            </w:tcMar>
            <w:vAlign w:val="center"/>
          </w:tcPr>
          <w:p w14:paraId="55DCAFAA" w14:textId="77777777" w:rsidR="00D21B21" w:rsidRDefault="0034659B">
            <w:pPr>
              <w:spacing w:after="0"/>
            </w:pPr>
            <w:r>
              <w:rPr>
                <w:b/>
                <w:sz w:val="18"/>
              </w:rPr>
              <w:t>Amats</w:t>
            </w:r>
          </w:p>
        </w:tc>
        <w:tc>
          <w:tcPr>
            <w:tcW w:w="3488" w:type="pct"/>
            <w:tcMar>
              <w:top w:w="65" w:type="dxa"/>
              <w:left w:w="80" w:type="dxa"/>
              <w:bottom w:w="65" w:type="dxa"/>
              <w:right w:w="80" w:type="dxa"/>
            </w:tcMar>
            <w:vAlign w:val="center"/>
          </w:tcPr>
          <w:p w14:paraId="0E4BFAFB" w14:textId="77777777" w:rsidR="00D21B21" w:rsidRDefault="00D21B21">
            <w:pPr>
              <w:spacing w:after="0"/>
            </w:pPr>
          </w:p>
        </w:tc>
      </w:tr>
      <w:tr w:rsidR="00D21B21" w14:paraId="5897F4F9" w14:textId="77777777" w:rsidTr="00496E8E">
        <w:trPr>
          <w:jc w:val="center"/>
        </w:trPr>
        <w:tc>
          <w:tcPr>
            <w:tcW w:w="1512" w:type="pct"/>
            <w:shd w:val="clear" w:color="auto" w:fill="E7E6E6"/>
            <w:tcMar>
              <w:top w:w="65" w:type="dxa"/>
              <w:left w:w="80" w:type="dxa"/>
              <w:bottom w:w="65" w:type="dxa"/>
              <w:right w:w="80" w:type="dxa"/>
            </w:tcMar>
            <w:vAlign w:val="center"/>
          </w:tcPr>
          <w:p w14:paraId="4CA31243" w14:textId="77777777" w:rsidR="00D21B21" w:rsidRDefault="0034659B">
            <w:pPr>
              <w:spacing w:after="0"/>
            </w:pPr>
            <w:r>
              <w:rPr>
                <w:b/>
                <w:sz w:val="18"/>
              </w:rPr>
              <w:t>Tālrunis</w:t>
            </w:r>
          </w:p>
        </w:tc>
        <w:tc>
          <w:tcPr>
            <w:tcW w:w="3488" w:type="pct"/>
            <w:tcMar>
              <w:top w:w="65" w:type="dxa"/>
              <w:left w:w="80" w:type="dxa"/>
              <w:bottom w:w="65" w:type="dxa"/>
              <w:right w:w="80" w:type="dxa"/>
            </w:tcMar>
            <w:vAlign w:val="center"/>
          </w:tcPr>
          <w:p w14:paraId="27007BBE" w14:textId="77777777" w:rsidR="00D21B21" w:rsidRDefault="00D21B21">
            <w:pPr>
              <w:spacing w:after="0"/>
            </w:pPr>
          </w:p>
        </w:tc>
      </w:tr>
      <w:tr w:rsidR="00D21B21" w14:paraId="007B0A0C" w14:textId="77777777" w:rsidTr="00496E8E">
        <w:trPr>
          <w:jc w:val="center"/>
        </w:trPr>
        <w:tc>
          <w:tcPr>
            <w:tcW w:w="1512" w:type="pct"/>
            <w:shd w:val="clear" w:color="auto" w:fill="E7E6E6"/>
            <w:tcMar>
              <w:top w:w="65" w:type="dxa"/>
              <w:left w:w="80" w:type="dxa"/>
              <w:bottom w:w="65" w:type="dxa"/>
              <w:right w:w="80" w:type="dxa"/>
            </w:tcMar>
            <w:vAlign w:val="center"/>
          </w:tcPr>
          <w:p w14:paraId="589DE333" w14:textId="77777777" w:rsidR="00D21B21" w:rsidRDefault="0034659B">
            <w:pPr>
              <w:spacing w:after="0"/>
            </w:pPr>
            <w:r>
              <w:rPr>
                <w:b/>
                <w:sz w:val="18"/>
              </w:rPr>
              <w:t>E-pasts</w:t>
            </w:r>
          </w:p>
        </w:tc>
        <w:tc>
          <w:tcPr>
            <w:tcW w:w="3488" w:type="pct"/>
            <w:tcMar>
              <w:top w:w="65" w:type="dxa"/>
              <w:left w:w="80" w:type="dxa"/>
              <w:bottom w:w="65" w:type="dxa"/>
              <w:right w:w="80" w:type="dxa"/>
            </w:tcMar>
            <w:vAlign w:val="center"/>
          </w:tcPr>
          <w:p w14:paraId="3C220733" w14:textId="77777777" w:rsidR="00D21B21" w:rsidRDefault="00D21B21">
            <w:pPr>
              <w:spacing w:after="0"/>
            </w:pPr>
          </w:p>
        </w:tc>
      </w:tr>
    </w:tbl>
    <w:p w14:paraId="0B3D0BA9" w14:textId="77777777" w:rsidR="00D21B21" w:rsidRDefault="0034659B">
      <w:pPr>
        <w:pStyle w:val="Head1VK"/>
        <w:keepNext/>
      </w:pPr>
      <w:r>
        <w:t>2. PIETEIKUMA VEIDS UN SERTIFIKĀCIJAS VEIDS</w:t>
      </w:r>
    </w:p>
    <w:tbl>
      <w:tblPr>
        <w:tblStyle w:val="TableGrid"/>
        <w:tblW w:w="5000" w:type="pct"/>
        <w:jc w:val="center"/>
        <w:tblLook w:val="04A0" w:firstRow="1" w:lastRow="0" w:firstColumn="1" w:lastColumn="0" w:noHBand="0" w:noVBand="1"/>
      </w:tblPr>
      <w:tblGrid>
        <w:gridCol w:w="3081"/>
        <w:gridCol w:w="7109"/>
      </w:tblGrid>
      <w:tr w:rsidR="00D21B21" w14:paraId="6DAC94F2" w14:textId="77777777" w:rsidTr="00496E8E">
        <w:trPr>
          <w:jc w:val="center"/>
        </w:trPr>
        <w:tc>
          <w:tcPr>
            <w:tcW w:w="1512" w:type="pct"/>
            <w:shd w:val="clear" w:color="auto" w:fill="E7E6E6"/>
            <w:tcMar>
              <w:top w:w="65" w:type="dxa"/>
              <w:left w:w="80" w:type="dxa"/>
              <w:bottom w:w="65" w:type="dxa"/>
              <w:right w:w="80" w:type="dxa"/>
            </w:tcMar>
            <w:vAlign w:val="center"/>
          </w:tcPr>
          <w:p w14:paraId="3FF506B2" w14:textId="77777777" w:rsidR="00D21B21" w:rsidRDefault="0034659B">
            <w:pPr>
              <w:spacing w:after="0"/>
            </w:pPr>
            <w:r>
              <w:rPr>
                <w:b/>
                <w:sz w:val="18"/>
              </w:rPr>
              <w:t>Pieteikuma veids</w:t>
            </w:r>
          </w:p>
        </w:tc>
        <w:tc>
          <w:tcPr>
            <w:tcW w:w="3488" w:type="pct"/>
            <w:tcMar>
              <w:top w:w="65" w:type="dxa"/>
              <w:left w:w="80" w:type="dxa"/>
              <w:bottom w:w="65" w:type="dxa"/>
              <w:right w:w="80" w:type="dxa"/>
            </w:tcMar>
            <w:vAlign w:val="center"/>
          </w:tcPr>
          <w:p w14:paraId="360EB7C3" w14:textId="77777777" w:rsidR="00D21B21" w:rsidRDefault="0034659B">
            <w:pPr>
              <w:spacing w:after="0"/>
            </w:pPr>
            <w:r>
              <w:rPr>
                <w:sz w:val="18"/>
              </w:rPr>
              <w:t>☐</w:t>
            </w:r>
            <w:r>
              <w:rPr>
                <w:sz w:val="18"/>
              </w:rPr>
              <w:t xml:space="preserve"> Jauna sertifikācija    ☐ Sertifikācijas pārņemšana (transfer)</w:t>
            </w:r>
          </w:p>
        </w:tc>
      </w:tr>
      <w:tr w:rsidR="00D21B21" w14:paraId="77933389" w14:textId="77777777" w:rsidTr="00496E8E">
        <w:trPr>
          <w:jc w:val="center"/>
        </w:trPr>
        <w:tc>
          <w:tcPr>
            <w:tcW w:w="1512" w:type="pct"/>
            <w:shd w:val="clear" w:color="auto" w:fill="E7E6E6"/>
            <w:tcMar>
              <w:top w:w="65" w:type="dxa"/>
              <w:left w:w="80" w:type="dxa"/>
              <w:bottom w:w="65" w:type="dxa"/>
              <w:right w:w="80" w:type="dxa"/>
            </w:tcMar>
            <w:vAlign w:val="center"/>
          </w:tcPr>
          <w:p w14:paraId="10DAF157" w14:textId="77777777" w:rsidR="00D21B21" w:rsidRDefault="0034659B">
            <w:pPr>
              <w:spacing w:after="0"/>
            </w:pPr>
            <w:r>
              <w:rPr>
                <w:b/>
                <w:sz w:val="18"/>
              </w:rPr>
              <w:t>Sertifikācijas veids</w:t>
            </w:r>
          </w:p>
        </w:tc>
        <w:tc>
          <w:tcPr>
            <w:tcW w:w="3488" w:type="pct"/>
            <w:tcMar>
              <w:top w:w="65" w:type="dxa"/>
              <w:left w:w="80" w:type="dxa"/>
              <w:bottom w:w="65" w:type="dxa"/>
              <w:right w:w="80" w:type="dxa"/>
            </w:tcMar>
            <w:vAlign w:val="center"/>
          </w:tcPr>
          <w:p w14:paraId="3A695FF6" w14:textId="3A6F043B" w:rsidR="00D21B21" w:rsidRDefault="0034659B">
            <w:pPr>
              <w:spacing w:after="0"/>
            </w:pPr>
            <w:r>
              <w:rPr>
                <w:sz w:val="18"/>
              </w:rPr>
              <w:t>☐</w:t>
            </w:r>
            <w:r>
              <w:rPr>
                <w:sz w:val="18"/>
              </w:rPr>
              <w:t xml:space="preserve"> </w:t>
            </w:r>
            <w:proofErr w:type="spellStart"/>
            <w:r>
              <w:rPr>
                <w:sz w:val="18"/>
              </w:rPr>
              <w:t>Individuāl</w:t>
            </w:r>
            <w:r w:rsidR="00496E8E">
              <w:rPr>
                <w:sz w:val="18"/>
              </w:rPr>
              <w:t>ai</w:t>
            </w:r>
            <w:r>
              <w:rPr>
                <w:sz w:val="18"/>
              </w:rPr>
              <w:t>s</w:t>
            </w:r>
            <w:proofErr w:type="spellEnd"/>
            <w:r>
              <w:rPr>
                <w:sz w:val="18"/>
              </w:rPr>
              <w:t xml:space="preserve"> </w:t>
            </w:r>
            <w:proofErr w:type="spellStart"/>
            <w:r>
              <w:rPr>
                <w:sz w:val="18"/>
              </w:rPr>
              <w:t>sertifikāts</w:t>
            </w:r>
            <w:proofErr w:type="spellEnd"/>
            <w:r>
              <w:rPr>
                <w:sz w:val="18"/>
              </w:rPr>
              <w:t xml:space="preserve">    ☐ </w:t>
            </w:r>
            <w:proofErr w:type="gramStart"/>
            <w:r>
              <w:rPr>
                <w:sz w:val="18"/>
              </w:rPr>
              <w:t>Multi-site</w:t>
            </w:r>
            <w:proofErr w:type="gramEnd"/>
            <w:r>
              <w:rPr>
                <w:sz w:val="18"/>
              </w:rPr>
              <w:t xml:space="preserve">    ☐ Ražotāju grupa</w:t>
            </w:r>
          </w:p>
        </w:tc>
      </w:tr>
    </w:tbl>
    <w:p w14:paraId="652D006F" w14:textId="77777777" w:rsidR="00D21B21" w:rsidRDefault="0034659B">
      <w:pPr>
        <w:pStyle w:val="NoteVK"/>
      </w:pPr>
      <w:r>
        <w:rPr>
          <w:i/>
        </w:rPr>
        <w:t>Ja tiek pieteikta sertifikācijas pārņemšana, norādīt pašreizējo sertifikācijas institūciju un sertifikāta informāciju.</w:t>
      </w:r>
    </w:p>
    <w:tbl>
      <w:tblPr>
        <w:tblStyle w:val="TableGrid"/>
        <w:tblW w:w="5000" w:type="pct"/>
        <w:jc w:val="center"/>
        <w:tblLook w:val="04A0" w:firstRow="1" w:lastRow="0" w:firstColumn="1" w:lastColumn="0" w:noHBand="0" w:noVBand="1"/>
      </w:tblPr>
      <w:tblGrid>
        <w:gridCol w:w="3081"/>
        <w:gridCol w:w="7109"/>
      </w:tblGrid>
      <w:tr w:rsidR="00D21B21" w14:paraId="756DB104" w14:textId="77777777" w:rsidTr="00496E8E">
        <w:trPr>
          <w:jc w:val="center"/>
        </w:trPr>
        <w:tc>
          <w:tcPr>
            <w:tcW w:w="1512" w:type="pct"/>
            <w:shd w:val="clear" w:color="auto" w:fill="E7E6E6"/>
            <w:tcMar>
              <w:top w:w="65" w:type="dxa"/>
              <w:left w:w="80" w:type="dxa"/>
              <w:bottom w:w="65" w:type="dxa"/>
              <w:right w:w="80" w:type="dxa"/>
            </w:tcMar>
            <w:vAlign w:val="center"/>
          </w:tcPr>
          <w:p w14:paraId="0A76914C" w14:textId="77777777" w:rsidR="00D21B21" w:rsidRDefault="0034659B">
            <w:pPr>
              <w:spacing w:after="0"/>
            </w:pPr>
            <w:r>
              <w:rPr>
                <w:b/>
                <w:sz w:val="18"/>
              </w:rPr>
              <w:t>Pašreizējā sertifikācijas institūcija (ja attiecas)</w:t>
            </w:r>
          </w:p>
        </w:tc>
        <w:tc>
          <w:tcPr>
            <w:tcW w:w="3488" w:type="pct"/>
            <w:tcMar>
              <w:top w:w="65" w:type="dxa"/>
              <w:left w:w="80" w:type="dxa"/>
              <w:bottom w:w="65" w:type="dxa"/>
              <w:right w:w="80" w:type="dxa"/>
            </w:tcMar>
            <w:vAlign w:val="center"/>
          </w:tcPr>
          <w:p w14:paraId="01B0C477" w14:textId="77777777" w:rsidR="00D21B21" w:rsidRDefault="00D21B21">
            <w:pPr>
              <w:spacing w:after="0"/>
            </w:pPr>
          </w:p>
        </w:tc>
      </w:tr>
      <w:tr w:rsidR="00D21B21" w14:paraId="62E2CBAB" w14:textId="77777777" w:rsidTr="00496E8E">
        <w:trPr>
          <w:jc w:val="center"/>
        </w:trPr>
        <w:tc>
          <w:tcPr>
            <w:tcW w:w="1512" w:type="pct"/>
            <w:shd w:val="clear" w:color="auto" w:fill="E7E6E6"/>
            <w:tcMar>
              <w:top w:w="65" w:type="dxa"/>
              <w:left w:w="80" w:type="dxa"/>
              <w:bottom w:w="65" w:type="dxa"/>
              <w:right w:w="80" w:type="dxa"/>
            </w:tcMar>
            <w:vAlign w:val="center"/>
          </w:tcPr>
          <w:p w14:paraId="0C2CD19B" w14:textId="77777777" w:rsidR="00D21B21" w:rsidRDefault="0034659B">
            <w:pPr>
              <w:spacing w:after="0"/>
            </w:pPr>
            <w:r>
              <w:rPr>
                <w:b/>
                <w:sz w:val="18"/>
              </w:rPr>
              <w:t>PEFC CoC sertifikāta Nr. un derīguma termiņš</w:t>
            </w:r>
          </w:p>
        </w:tc>
        <w:tc>
          <w:tcPr>
            <w:tcW w:w="3488" w:type="pct"/>
            <w:tcMar>
              <w:top w:w="65" w:type="dxa"/>
              <w:left w:w="80" w:type="dxa"/>
              <w:bottom w:w="65" w:type="dxa"/>
              <w:right w:w="80" w:type="dxa"/>
            </w:tcMar>
            <w:vAlign w:val="center"/>
          </w:tcPr>
          <w:p w14:paraId="2E71E81F" w14:textId="77777777" w:rsidR="00D21B21" w:rsidRDefault="00D21B21">
            <w:pPr>
              <w:spacing w:after="0"/>
            </w:pPr>
          </w:p>
        </w:tc>
      </w:tr>
    </w:tbl>
    <w:p w14:paraId="31AC5A3B" w14:textId="77777777" w:rsidR="00D21B21" w:rsidRDefault="0034659B">
      <w:pPr>
        <w:pStyle w:val="Head1VK"/>
        <w:keepNext/>
      </w:pPr>
      <w:r>
        <w:t>3. PEFC COC TVĒRUMS</w:t>
      </w:r>
    </w:p>
    <w:tbl>
      <w:tblPr>
        <w:tblStyle w:val="TableGrid"/>
        <w:tblW w:w="5000" w:type="pct"/>
        <w:jc w:val="center"/>
        <w:tblLook w:val="04A0" w:firstRow="1" w:lastRow="0" w:firstColumn="1" w:lastColumn="0" w:noHBand="0" w:noVBand="1"/>
      </w:tblPr>
      <w:tblGrid>
        <w:gridCol w:w="3081"/>
        <w:gridCol w:w="7109"/>
      </w:tblGrid>
      <w:tr w:rsidR="00D21B21" w14:paraId="0E27A270" w14:textId="77777777" w:rsidTr="00496E8E">
        <w:trPr>
          <w:jc w:val="center"/>
        </w:trPr>
        <w:tc>
          <w:tcPr>
            <w:tcW w:w="1512" w:type="pct"/>
            <w:shd w:val="clear" w:color="auto" w:fill="E7E6E6"/>
            <w:tcMar>
              <w:top w:w="65" w:type="dxa"/>
              <w:left w:w="80" w:type="dxa"/>
              <w:bottom w:w="65" w:type="dxa"/>
              <w:right w:w="80" w:type="dxa"/>
            </w:tcMar>
            <w:vAlign w:val="center"/>
          </w:tcPr>
          <w:p w14:paraId="3C0E4D9E" w14:textId="77777777" w:rsidR="00D21B21" w:rsidRDefault="0034659B">
            <w:pPr>
              <w:spacing w:after="0"/>
            </w:pPr>
            <w:r>
              <w:rPr>
                <w:b/>
                <w:sz w:val="18"/>
              </w:rPr>
              <w:t>Darbību / procesa īss apraksts</w:t>
            </w:r>
          </w:p>
        </w:tc>
        <w:tc>
          <w:tcPr>
            <w:tcW w:w="3488" w:type="pct"/>
            <w:tcMar>
              <w:top w:w="65" w:type="dxa"/>
              <w:left w:w="80" w:type="dxa"/>
              <w:bottom w:w="65" w:type="dxa"/>
              <w:right w:w="80" w:type="dxa"/>
            </w:tcMar>
            <w:vAlign w:val="center"/>
          </w:tcPr>
          <w:p w14:paraId="0BC48B7B" w14:textId="77777777" w:rsidR="00D21B21" w:rsidRDefault="00D21B21">
            <w:pPr>
              <w:spacing w:after="0"/>
            </w:pPr>
          </w:p>
        </w:tc>
      </w:tr>
      <w:tr w:rsidR="00D21B21" w14:paraId="0BB7BCDA" w14:textId="77777777" w:rsidTr="00496E8E">
        <w:trPr>
          <w:jc w:val="center"/>
        </w:trPr>
        <w:tc>
          <w:tcPr>
            <w:tcW w:w="1512" w:type="pct"/>
            <w:shd w:val="clear" w:color="auto" w:fill="E7E6E6"/>
            <w:tcMar>
              <w:top w:w="65" w:type="dxa"/>
              <w:left w:w="80" w:type="dxa"/>
              <w:bottom w:w="65" w:type="dxa"/>
              <w:right w:w="80" w:type="dxa"/>
            </w:tcMar>
            <w:vAlign w:val="center"/>
          </w:tcPr>
          <w:p w14:paraId="218F515F" w14:textId="77777777" w:rsidR="00D21B21" w:rsidRDefault="0034659B">
            <w:pPr>
              <w:spacing w:after="0"/>
            </w:pPr>
            <w:r>
              <w:rPr>
                <w:b/>
                <w:sz w:val="18"/>
              </w:rPr>
              <w:t>Vai ir PEFC CoC darbības vairāk nekā vienā vietā?</w:t>
            </w:r>
          </w:p>
        </w:tc>
        <w:tc>
          <w:tcPr>
            <w:tcW w:w="3488" w:type="pct"/>
            <w:tcMar>
              <w:top w:w="65" w:type="dxa"/>
              <w:left w:w="80" w:type="dxa"/>
              <w:bottom w:w="65" w:type="dxa"/>
              <w:right w:w="80" w:type="dxa"/>
            </w:tcMar>
            <w:vAlign w:val="center"/>
          </w:tcPr>
          <w:p w14:paraId="12316336" w14:textId="77777777" w:rsidR="00D21B21" w:rsidRDefault="0034659B">
            <w:pPr>
              <w:spacing w:after="0"/>
            </w:pPr>
            <w:r>
              <w:rPr>
                <w:sz w:val="18"/>
              </w:rPr>
              <w:t>☐</w:t>
            </w:r>
            <w:r>
              <w:rPr>
                <w:sz w:val="18"/>
              </w:rPr>
              <w:t xml:space="preserve"> Nē    ☐ Jā — aizpildīt 1. pielikumu</w:t>
            </w:r>
          </w:p>
        </w:tc>
      </w:tr>
    </w:tbl>
    <w:p w14:paraId="22D4AD72" w14:textId="77777777" w:rsidR="00D21B21" w:rsidRDefault="0034659B">
      <w:r>
        <w:rPr>
          <w:b/>
        </w:rPr>
        <w:t>PEFC produktu grupas</w:t>
      </w:r>
    </w:p>
    <w:p w14:paraId="540EB55F" w14:textId="77777777" w:rsidR="00D21B21" w:rsidRDefault="0034659B">
      <w:pPr>
        <w:pStyle w:val="NoteVK"/>
      </w:pPr>
      <w:r>
        <w:rPr>
          <w:i/>
        </w:rPr>
        <w:t>Norādīt produktus pietiekami detalizēti, lai var identificēt PEFC produktu grupas. Katrai produktu grupai norāda piemērojamo CoC metodi un paredzēto PEFC preču zīmju lietošanu.</w:t>
      </w:r>
    </w:p>
    <w:tbl>
      <w:tblPr>
        <w:tblStyle w:val="TableGrid"/>
        <w:tblW w:w="5000" w:type="pct"/>
        <w:jc w:val="center"/>
        <w:tblLook w:val="04A0" w:firstRow="1" w:lastRow="0" w:firstColumn="1" w:lastColumn="0" w:noHBand="0" w:noVBand="1"/>
      </w:tblPr>
      <w:tblGrid>
        <w:gridCol w:w="812"/>
        <w:gridCol w:w="1290"/>
        <w:gridCol w:w="2093"/>
        <w:gridCol w:w="1072"/>
        <w:gridCol w:w="1895"/>
        <w:gridCol w:w="1590"/>
        <w:gridCol w:w="719"/>
        <w:gridCol w:w="719"/>
      </w:tblGrid>
      <w:tr w:rsidR="00D21B21" w14:paraId="7F030D16" w14:textId="77777777" w:rsidTr="00496E8E">
        <w:trPr>
          <w:tblHeader/>
          <w:jc w:val="center"/>
        </w:trPr>
        <w:tc>
          <w:tcPr>
            <w:tcW w:w="398" w:type="pct"/>
            <w:shd w:val="clear" w:color="auto" w:fill="D9E2F3"/>
            <w:tcMar>
              <w:top w:w="65" w:type="dxa"/>
              <w:left w:w="80" w:type="dxa"/>
              <w:bottom w:w="65" w:type="dxa"/>
              <w:right w:w="80" w:type="dxa"/>
            </w:tcMar>
            <w:vAlign w:val="center"/>
          </w:tcPr>
          <w:p w14:paraId="5350D7E0" w14:textId="77777777" w:rsidR="00D21B21" w:rsidRDefault="0034659B">
            <w:pPr>
              <w:spacing w:after="0"/>
            </w:pPr>
            <w:r>
              <w:rPr>
                <w:b/>
                <w:sz w:val="14"/>
              </w:rPr>
              <w:t>Vietas kods</w:t>
            </w:r>
          </w:p>
        </w:tc>
        <w:tc>
          <w:tcPr>
            <w:tcW w:w="633" w:type="pct"/>
            <w:shd w:val="clear" w:color="auto" w:fill="D9E2F3"/>
            <w:tcMar>
              <w:top w:w="65" w:type="dxa"/>
              <w:left w:w="80" w:type="dxa"/>
              <w:bottom w:w="65" w:type="dxa"/>
              <w:right w:w="80" w:type="dxa"/>
            </w:tcMar>
            <w:vAlign w:val="center"/>
          </w:tcPr>
          <w:p w14:paraId="5F768876" w14:textId="77777777" w:rsidR="00D21B21" w:rsidRDefault="0034659B">
            <w:pPr>
              <w:spacing w:after="0"/>
            </w:pPr>
            <w:r>
              <w:rPr>
                <w:b/>
                <w:sz w:val="14"/>
              </w:rPr>
              <w:t>PEFC produkta kods / kategorija</w:t>
            </w:r>
          </w:p>
        </w:tc>
        <w:tc>
          <w:tcPr>
            <w:tcW w:w="1027" w:type="pct"/>
            <w:shd w:val="clear" w:color="auto" w:fill="D9E2F3"/>
            <w:tcMar>
              <w:top w:w="65" w:type="dxa"/>
              <w:left w:w="80" w:type="dxa"/>
              <w:bottom w:w="65" w:type="dxa"/>
              <w:right w:w="80" w:type="dxa"/>
            </w:tcMar>
            <w:vAlign w:val="center"/>
          </w:tcPr>
          <w:p w14:paraId="615DF9C5" w14:textId="77777777" w:rsidR="00D21B21" w:rsidRDefault="0034659B">
            <w:pPr>
              <w:spacing w:after="0"/>
            </w:pPr>
            <w:r>
              <w:rPr>
                <w:b/>
                <w:sz w:val="14"/>
              </w:rPr>
              <w:t>Produkts / produkta apraksts</w:t>
            </w:r>
          </w:p>
        </w:tc>
        <w:tc>
          <w:tcPr>
            <w:tcW w:w="526" w:type="pct"/>
            <w:shd w:val="clear" w:color="auto" w:fill="D9E2F3"/>
            <w:tcMar>
              <w:top w:w="65" w:type="dxa"/>
              <w:left w:w="80" w:type="dxa"/>
              <w:bottom w:w="65" w:type="dxa"/>
              <w:right w:w="80" w:type="dxa"/>
            </w:tcMar>
            <w:vAlign w:val="center"/>
          </w:tcPr>
          <w:p w14:paraId="6D43F1C6" w14:textId="77777777" w:rsidR="00D21B21" w:rsidRDefault="0034659B">
            <w:pPr>
              <w:spacing w:after="0"/>
            </w:pPr>
            <w:r>
              <w:rPr>
                <w:b/>
                <w:sz w:val="14"/>
              </w:rPr>
              <w:t>Koku suga(s)</w:t>
            </w:r>
          </w:p>
        </w:tc>
        <w:tc>
          <w:tcPr>
            <w:tcW w:w="930" w:type="pct"/>
            <w:shd w:val="clear" w:color="auto" w:fill="D9E2F3"/>
            <w:tcMar>
              <w:top w:w="65" w:type="dxa"/>
              <w:left w:w="80" w:type="dxa"/>
              <w:bottom w:w="65" w:type="dxa"/>
              <w:right w:w="80" w:type="dxa"/>
            </w:tcMar>
            <w:vAlign w:val="center"/>
          </w:tcPr>
          <w:p w14:paraId="629F38C1" w14:textId="77777777" w:rsidR="00D21B21" w:rsidRDefault="0034659B">
            <w:pPr>
              <w:spacing w:after="0"/>
            </w:pPr>
            <w:r>
              <w:rPr>
                <w:b/>
                <w:sz w:val="14"/>
              </w:rPr>
              <w:t>Ievades materiāla kategorija / PEFC claim</w:t>
            </w:r>
          </w:p>
        </w:tc>
        <w:tc>
          <w:tcPr>
            <w:tcW w:w="780" w:type="pct"/>
            <w:shd w:val="clear" w:color="auto" w:fill="D9E2F3"/>
            <w:tcMar>
              <w:top w:w="65" w:type="dxa"/>
              <w:left w:w="80" w:type="dxa"/>
              <w:bottom w:w="65" w:type="dxa"/>
              <w:right w:w="80" w:type="dxa"/>
            </w:tcMar>
            <w:vAlign w:val="center"/>
          </w:tcPr>
          <w:p w14:paraId="11513FD3" w14:textId="77777777" w:rsidR="00D21B21" w:rsidRDefault="0034659B">
            <w:pPr>
              <w:spacing w:after="0"/>
            </w:pPr>
            <w:r>
              <w:rPr>
                <w:b/>
                <w:sz w:val="14"/>
              </w:rPr>
              <w:t>CoC metode</w:t>
            </w:r>
          </w:p>
        </w:tc>
        <w:tc>
          <w:tcPr>
            <w:tcW w:w="353" w:type="pct"/>
            <w:shd w:val="clear" w:color="auto" w:fill="D9E2F3"/>
            <w:tcMar>
              <w:top w:w="65" w:type="dxa"/>
              <w:left w:w="80" w:type="dxa"/>
              <w:bottom w:w="65" w:type="dxa"/>
              <w:right w:w="80" w:type="dxa"/>
            </w:tcMar>
            <w:vAlign w:val="center"/>
          </w:tcPr>
          <w:p w14:paraId="750A30DB" w14:textId="77777777" w:rsidR="00D21B21" w:rsidRDefault="0034659B">
            <w:pPr>
              <w:spacing w:after="0"/>
            </w:pPr>
            <w:r>
              <w:rPr>
                <w:b/>
                <w:sz w:val="14"/>
              </w:rPr>
              <w:t>On-product</w:t>
            </w:r>
          </w:p>
        </w:tc>
        <w:tc>
          <w:tcPr>
            <w:tcW w:w="353" w:type="pct"/>
            <w:shd w:val="clear" w:color="auto" w:fill="D9E2F3"/>
            <w:tcMar>
              <w:top w:w="65" w:type="dxa"/>
              <w:left w:w="80" w:type="dxa"/>
              <w:bottom w:w="65" w:type="dxa"/>
              <w:right w:w="80" w:type="dxa"/>
            </w:tcMar>
            <w:vAlign w:val="center"/>
          </w:tcPr>
          <w:p w14:paraId="23012C09" w14:textId="77777777" w:rsidR="00D21B21" w:rsidRDefault="0034659B">
            <w:pPr>
              <w:spacing w:after="0"/>
            </w:pPr>
            <w:r>
              <w:rPr>
                <w:b/>
                <w:sz w:val="14"/>
              </w:rPr>
              <w:t>Off-product</w:t>
            </w:r>
          </w:p>
        </w:tc>
      </w:tr>
      <w:tr w:rsidR="00D21B21" w14:paraId="160C5584" w14:textId="77777777" w:rsidTr="00496E8E">
        <w:trPr>
          <w:jc w:val="center"/>
        </w:trPr>
        <w:tc>
          <w:tcPr>
            <w:tcW w:w="398" w:type="pct"/>
            <w:tcMar>
              <w:top w:w="65" w:type="dxa"/>
              <w:left w:w="80" w:type="dxa"/>
              <w:bottom w:w="65" w:type="dxa"/>
              <w:right w:w="80" w:type="dxa"/>
            </w:tcMar>
            <w:vAlign w:val="center"/>
          </w:tcPr>
          <w:p w14:paraId="331A118F" w14:textId="77777777" w:rsidR="00D21B21" w:rsidRDefault="00D21B21">
            <w:pPr>
              <w:spacing w:after="0"/>
            </w:pPr>
          </w:p>
        </w:tc>
        <w:tc>
          <w:tcPr>
            <w:tcW w:w="633" w:type="pct"/>
            <w:tcMar>
              <w:top w:w="65" w:type="dxa"/>
              <w:left w:w="80" w:type="dxa"/>
              <w:bottom w:w="65" w:type="dxa"/>
              <w:right w:w="80" w:type="dxa"/>
            </w:tcMar>
            <w:vAlign w:val="center"/>
          </w:tcPr>
          <w:p w14:paraId="0A206B80" w14:textId="77777777" w:rsidR="00D21B21" w:rsidRDefault="00D21B21">
            <w:pPr>
              <w:spacing w:after="0"/>
            </w:pPr>
          </w:p>
        </w:tc>
        <w:tc>
          <w:tcPr>
            <w:tcW w:w="1027" w:type="pct"/>
            <w:tcMar>
              <w:top w:w="65" w:type="dxa"/>
              <w:left w:w="80" w:type="dxa"/>
              <w:bottom w:w="65" w:type="dxa"/>
              <w:right w:w="80" w:type="dxa"/>
            </w:tcMar>
            <w:vAlign w:val="center"/>
          </w:tcPr>
          <w:p w14:paraId="18C8CB18" w14:textId="77777777" w:rsidR="00D21B21" w:rsidRDefault="00D21B21">
            <w:pPr>
              <w:spacing w:after="0"/>
            </w:pPr>
          </w:p>
        </w:tc>
        <w:tc>
          <w:tcPr>
            <w:tcW w:w="526" w:type="pct"/>
            <w:tcMar>
              <w:top w:w="65" w:type="dxa"/>
              <w:left w:w="80" w:type="dxa"/>
              <w:bottom w:w="65" w:type="dxa"/>
              <w:right w:w="80" w:type="dxa"/>
            </w:tcMar>
            <w:vAlign w:val="center"/>
          </w:tcPr>
          <w:p w14:paraId="6A241708" w14:textId="77777777" w:rsidR="00D21B21" w:rsidRDefault="00D21B21">
            <w:pPr>
              <w:spacing w:after="0"/>
            </w:pPr>
          </w:p>
        </w:tc>
        <w:tc>
          <w:tcPr>
            <w:tcW w:w="930" w:type="pct"/>
            <w:tcMar>
              <w:top w:w="65" w:type="dxa"/>
              <w:left w:w="80" w:type="dxa"/>
              <w:bottom w:w="65" w:type="dxa"/>
              <w:right w:w="80" w:type="dxa"/>
            </w:tcMar>
            <w:vAlign w:val="center"/>
          </w:tcPr>
          <w:p w14:paraId="05947A68" w14:textId="77777777" w:rsidR="00D21B21" w:rsidRDefault="00D21B21">
            <w:pPr>
              <w:spacing w:after="0"/>
            </w:pPr>
          </w:p>
        </w:tc>
        <w:tc>
          <w:tcPr>
            <w:tcW w:w="780" w:type="pct"/>
            <w:tcMar>
              <w:top w:w="65" w:type="dxa"/>
              <w:left w:w="80" w:type="dxa"/>
              <w:bottom w:w="65" w:type="dxa"/>
              <w:right w:w="80" w:type="dxa"/>
            </w:tcMar>
            <w:vAlign w:val="center"/>
          </w:tcPr>
          <w:p w14:paraId="2C289BDC" w14:textId="77777777" w:rsidR="00D21B21" w:rsidRDefault="0034659B">
            <w:pPr>
              <w:spacing w:after="0"/>
            </w:pPr>
            <w:r>
              <w:rPr>
                <w:sz w:val="14"/>
              </w:rPr>
              <w:t>☐</w:t>
            </w:r>
            <w:r>
              <w:rPr>
                <w:sz w:val="14"/>
              </w:rPr>
              <w:t xml:space="preserve"> Fiziskā atdalīšana</w:t>
            </w:r>
            <w:r>
              <w:rPr>
                <w:sz w:val="14"/>
              </w:rPr>
              <w:br/>
              <w:t>☐ Procentu metode</w:t>
            </w:r>
            <w:r>
              <w:rPr>
                <w:sz w:val="14"/>
              </w:rPr>
              <w:br/>
            </w:r>
            <w:r>
              <w:rPr>
                <w:sz w:val="14"/>
              </w:rPr>
              <w:t>☐</w:t>
            </w:r>
            <w:r>
              <w:rPr>
                <w:sz w:val="14"/>
              </w:rPr>
              <w:t xml:space="preserve"> Kredīta metode</w:t>
            </w:r>
          </w:p>
        </w:tc>
        <w:tc>
          <w:tcPr>
            <w:tcW w:w="353" w:type="pct"/>
            <w:tcMar>
              <w:top w:w="65" w:type="dxa"/>
              <w:left w:w="80" w:type="dxa"/>
              <w:bottom w:w="65" w:type="dxa"/>
              <w:right w:w="80" w:type="dxa"/>
            </w:tcMar>
            <w:vAlign w:val="center"/>
          </w:tcPr>
          <w:p w14:paraId="2CF0039E" w14:textId="77777777" w:rsidR="00D21B21" w:rsidRDefault="0034659B">
            <w:pPr>
              <w:spacing w:after="0"/>
            </w:pPr>
            <w:r>
              <w:rPr>
                <w:sz w:val="14"/>
              </w:rPr>
              <w:t>☐</w:t>
            </w:r>
          </w:p>
        </w:tc>
        <w:tc>
          <w:tcPr>
            <w:tcW w:w="353" w:type="pct"/>
            <w:tcMar>
              <w:top w:w="65" w:type="dxa"/>
              <w:left w:w="80" w:type="dxa"/>
              <w:bottom w:w="65" w:type="dxa"/>
              <w:right w:w="80" w:type="dxa"/>
            </w:tcMar>
            <w:vAlign w:val="center"/>
          </w:tcPr>
          <w:p w14:paraId="0EC77CD3" w14:textId="77777777" w:rsidR="00D21B21" w:rsidRDefault="0034659B">
            <w:pPr>
              <w:spacing w:after="0"/>
            </w:pPr>
            <w:r>
              <w:rPr>
                <w:sz w:val="14"/>
              </w:rPr>
              <w:t>☐</w:t>
            </w:r>
          </w:p>
        </w:tc>
      </w:tr>
      <w:tr w:rsidR="00D21B21" w14:paraId="21A3886E" w14:textId="77777777" w:rsidTr="00496E8E">
        <w:trPr>
          <w:jc w:val="center"/>
        </w:trPr>
        <w:tc>
          <w:tcPr>
            <w:tcW w:w="398" w:type="pct"/>
            <w:tcMar>
              <w:top w:w="65" w:type="dxa"/>
              <w:left w:w="80" w:type="dxa"/>
              <w:bottom w:w="65" w:type="dxa"/>
              <w:right w:w="80" w:type="dxa"/>
            </w:tcMar>
            <w:vAlign w:val="center"/>
          </w:tcPr>
          <w:p w14:paraId="72395888" w14:textId="77777777" w:rsidR="00D21B21" w:rsidRDefault="00D21B21">
            <w:pPr>
              <w:spacing w:after="0"/>
            </w:pPr>
          </w:p>
        </w:tc>
        <w:tc>
          <w:tcPr>
            <w:tcW w:w="633" w:type="pct"/>
            <w:tcMar>
              <w:top w:w="65" w:type="dxa"/>
              <w:left w:w="80" w:type="dxa"/>
              <w:bottom w:w="65" w:type="dxa"/>
              <w:right w:w="80" w:type="dxa"/>
            </w:tcMar>
            <w:vAlign w:val="center"/>
          </w:tcPr>
          <w:p w14:paraId="1D06405C" w14:textId="77777777" w:rsidR="00D21B21" w:rsidRDefault="00D21B21">
            <w:pPr>
              <w:spacing w:after="0"/>
            </w:pPr>
          </w:p>
        </w:tc>
        <w:tc>
          <w:tcPr>
            <w:tcW w:w="1027" w:type="pct"/>
            <w:tcMar>
              <w:top w:w="65" w:type="dxa"/>
              <w:left w:w="80" w:type="dxa"/>
              <w:bottom w:w="65" w:type="dxa"/>
              <w:right w:w="80" w:type="dxa"/>
            </w:tcMar>
            <w:vAlign w:val="center"/>
          </w:tcPr>
          <w:p w14:paraId="13DFD314" w14:textId="77777777" w:rsidR="00D21B21" w:rsidRDefault="00D21B21">
            <w:pPr>
              <w:spacing w:after="0"/>
            </w:pPr>
          </w:p>
        </w:tc>
        <w:tc>
          <w:tcPr>
            <w:tcW w:w="526" w:type="pct"/>
            <w:tcMar>
              <w:top w:w="65" w:type="dxa"/>
              <w:left w:w="80" w:type="dxa"/>
              <w:bottom w:w="65" w:type="dxa"/>
              <w:right w:w="80" w:type="dxa"/>
            </w:tcMar>
            <w:vAlign w:val="center"/>
          </w:tcPr>
          <w:p w14:paraId="0CB16EF3" w14:textId="77777777" w:rsidR="00D21B21" w:rsidRDefault="00D21B21">
            <w:pPr>
              <w:spacing w:after="0"/>
            </w:pPr>
          </w:p>
        </w:tc>
        <w:tc>
          <w:tcPr>
            <w:tcW w:w="930" w:type="pct"/>
            <w:tcMar>
              <w:top w:w="65" w:type="dxa"/>
              <w:left w:w="80" w:type="dxa"/>
              <w:bottom w:w="65" w:type="dxa"/>
              <w:right w:w="80" w:type="dxa"/>
            </w:tcMar>
            <w:vAlign w:val="center"/>
          </w:tcPr>
          <w:p w14:paraId="0DFA1B19" w14:textId="77777777" w:rsidR="00D21B21" w:rsidRDefault="00D21B21">
            <w:pPr>
              <w:spacing w:after="0"/>
            </w:pPr>
          </w:p>
        </w:tc>
        <w:tc>
          <w:tcPr>
            <w:tcW w:w="780" w:type="pct"/>
            <w:tcMar>
              <w:top w:w="65" w:type="dxa"/>
              <w:left w:w="80" w:type="dxa"/>
              <w:bottom w:w="65" w:type="dxa"/>
              <w:right w:w="80" w:type="dxa"/>
            </w:tcMar>
            <w:vAlign w:val="center"/>
          </w:tcPr>
          <w:p w14:paraId="4EEE581C" w14:textId="77777777" w:rsidR="00D21B21" w:rsidRDefault="0034659B">
            <w:pPr>
              <w:spacing w:after="0"/>
            </w:pPr>
            <w:r>
              <w:rPr>
                <w:sz w:val="14"/>
              </w:rPr>
              <w:t>☐</w:t>
            </w:r>
            <w:r>
              <w:rPr>
                <w:sz w:val="14"/>
              </w:rPr>
              <w:t xml:space="preserve"> Fiziskā atdalīšana</w:t>
            </w:r>
            <w:r>
              <w:rPr>
                <w:sz w:val="14"/>
              </w:rPr>
              <w:br/>
              <w:t>☐ Procentu metode</w:t>
            </w:r>
            <w:r>
              <w:rPr>
                <w:sz w:val="14"/>
              </w:rPr>
              <w:br/>
              <w:t>☐ Kredīta metode</w:t>
            </w:r>
          </w:p>
        </w:tc>
        <w:tc>
          <w:tcPr>
            <w:tcW w:w="353" w:type="pct"/>
            <w:tcMar>
              <w:top w:w="65" w:type="dxa"/>
              <w:left w:w="80" w:type="dxa"/>
              <w:bottom w:w="65" w:type="dxa"/>
              <w:right w:w="80" w:type="dxa"/>
            </w:tcMar>
            <w:vAlign w:val="center"/>
          </w:tcPr>
          <w:p w14:paraId="28B715B2" w14:textId="77777777" w:rsidR="00D21B21" w:rsidRDefault="0034659B">
            <w:pPr>
              <w:spacing w:after="0"/>
            </w:pPr>
            <w:r>
              <w:rPr>
                <w:sz w:val="14"/>
              </w:rPr>
              <w:t>☐</w:t>
            </w:r>
          </w:p>
        </w:tc>
        <w:tc>
          <w:tcPr>
            <w:tcW w:w="353" w:type="pct"/>
            <w:tcMar>
              <w:top w:w="65" w:type="dxa"/>
              <w:left w:w="80" w:type="dxa"/>
              <w:bottom w:w="65" w:type="dxa"/>
              <w:right w:w="80" w:type="dxa"/>
            </w:tcMar>
            <w:vAlign w:val="center"/>
          </w:tcPr>
          <w:p w14:paraId="12C81A3E" w14:textId="77777777" w:rsidR="00D21B21" w:rsidRDefault="0034659B">
            <w:pPr>
              <w:spacing w:after="0"/>
            </w:pPr>
            <w:r>
              <w:rPr>
                <w:sz w:val="14"/>
              </w:rPr>
              <w:t>☐</w:t>
            </w:r>
          </w:p>
        </w:tc>
      </w:tr>
      <w:tr w:rsidR="00D21B21" w14:paraId="1F5267A9" w14:textId="77777777" w:rsidTr="00496E8E">
        <w:trPr>
          <w:jc w:val="center"/>
        </w:trPr>
        <w:tc>
          <w:tcPr>
            <w:tcW w:w="398" w:type="pct"/>
            <w:tcMar>
              <w:top w:w="65" w:type="dxa"/>
              <w:left w:w="80" w:type="dxa"/>
              <w:bottom w:w="65" w:type="dxa"/>
              <w:right w:w="80" w:type="dxa"/>
            </w:tcMar>
            <w:vAlign w:val="center"/>
          </w:tcPr>
          <w:p w14:paraId="19B59784" w14:textId="77777777" w:rsidR="00D21B21" w:rsidRDefault="00D21B21">
            <w:pPr>
              <w:spacing w:after="0"/>
            </w:pPr>
          </w:p>
        </w:tc>
        <w:tc>
          <w:tcPr>
            <w:tcW w:w="633" w:type="pct"/>
            <w:tcMar>
              <w:top w:w="65" w:type="dxa"/>
              <w:left w:w="80" w:type="dxa"/>
              <w:bottom w:w="65" w:type="dxa"/>
              <w:right w:w="80" w:type="dxa"/>
            </w:tcMar>
            <w:vAlign w:val="center"/>
          </w:tcPr>
          <w:p w14:paraId="6682553A" w14:textId="77777777" w:rsidR="00D21B21" w:rsidRDefault="00D21B21">
            <w:pPr>
              <w:spacing w:after="0"/>
            </w:pPr>
          </w:p>
        </w:tc>
        <w:tc>
          <w:tcPr>
            <w:tcW w:w="1027" w:type="pct"/>
            <w:tcMar>
              <w:top w:w="65" w:type="dxa"/>
              <w:left w:w="80" w:type="dxa"/>
              <w:bottom w:w="65" w:type="dxa"/>
              <w:right w:w="80" w:type="dxa"/>
            </w:tcMar>
            <w:vAlign w:val="center"/>
          </w:tcPr>
          <w:p w14:paraId="310C8DB4" w14:textId="77777777" w:rsidR="00D21B21" w:rsidRDefault="00D21B21">
            <w:pPr>
              <w:spacing w:after="0"/>
            </w:pPr>
          </w:p>
        </w:tc>
        <w:tc>
          <w:tcPr>
            <w:tcW w:w="526" w:type="pct"/>
            <w:tcMar>
              <w:top w:w="65" w:type="dxa"/>
              <w:left w:w="80" w:type="dxa"/>
              <w:bottom w:w="65" w:type="dxa"/>
              <w:right w:w="80" w:type="dxa"/>
            </w:tcMar>
            <w:vAlign w:val="center"/>
          </w:tcPr>
          <w:p w14:paraId="49A500FD" w14:textId="77777777" w:rsidR="00D21B21" w:rsidRDefault="00D21B21">
            <w:pPr>
              <w:spacing w:after="0"/>
            </w:pPr>
          </w:p>
        </w:tc>
        <w:tc>
          <w:tcPr>
            <w:tcW w:w="930" w:type="pct"/>
            <w:tcMar>
              <w:top w:w="65" w:type="dxa"/>
              <w:left w:w="80" w:type="dxa"/>
              <w:bottom w:w="65" w:type="dxa"/>
              <w:right w:w="80" w:type="dxa"/>
            </w:tcMar>
            <w:vAlign w:val="center"/>
          </w:tcPr>
          <w:p w14:paraId="5A23D881" w14:textId="77777777" w:rsidR="00D21B21" w:rsidRDefault="00D21B21">
            <w:pPr>
              <w:spacing w:after="0"/>
            </w:pPr>
          </w:p>
        </w:tc>
        <w:tc>
          <w:tcPr>
            <w:tcW w:w="780" w:type="pct"/>
            <w:tcMar>
              <w:top w:w="65" w:type="dxa"/>
              <w:left w:w="80" w:type="dxa"/>
              <w:bottom w:w="65" w:type="dxa"/>
              <w:right w:w="80" w:type="dxa"/>
            </w:tcMar>
            <w:vAlign w:val="center"/>
          </w:tcPr>
          <w:p w14:paraId="2C35AA9A" w14:textId="77777777" w:rsidR="00D21B21" w:rsidRDefault="0034659B">
            <w:pPr>
              <w:spacing w:after="0"/>
            </w:pPr>
            <w:r>
              <w:rPr>
                <w:sz w:val="14"/>
              </w:rPr>
              <w:t>☐</w:t>
            </w:r>
            <w:r>
              <w:rPr>
                <w:sz w:val="14"/>
              </w:rPr>
              <w:t xml:space="preserve"> Fiziskā atdalīšana</w:t>
            </w:r>
            <w:r>
              <w:rPr>
                <w:sz w:val="14"/>
              </w:rPr>
              <w:br/>
              <w:t>☐ Procentu metode</w:t>
            </w:r>
            <w:r>
              <w:rPr>
                <w:sz w:val="14"/>
              </w:rPr>
              <w:br/>
              <w:t>☐ Kredīta metode</w:t>
            </w:r>
          </w:p>
        </w:tc>
        <w:tc>
          <w:tcPr>
            <w:tcW w:w="353" w:type="pct"/>
            <w:tcMar>
              <w:top w:w="65" w:type="dxa"/>
              <w:left w:w="80" w:type="dxa"/>
              <w:bottom w:w="65" w:type="dxa"/>
              <w:right w:w="80" w:type="dxa"/>
            </w:tcMar>
            <w:vAlign w:val="center"/>
          </w:tcPr>
          <w:p w14:paraId="21DE9257" w14:textId="77777777" w:rsidR="00D21B21" w:rsidRDefault="0034659B">
            <w:pPr>
              <w:spacing w:after="0"/>
            </w:pPr>
            <w:r>
              <w:rPr>
                <w:sz w:val="14"/>
              </w:rPr>
              <w:t>☐</w:t>
            </w:r>
          </w:p>
        </w:tc>
        <w:tc>
          <w:tcPr>
            <w:tcW w:w="353" w:type="pct"/>
            <w:tcMar>
              <w:top w:w="65" w:type="dxa"/>
              <w:left w:w="80" w:type="dxa"/>
              <w:bottom w:w="65" w:type="dxa"/>
              <w:right w:w="80" w:type="dxa"/>
            </w:tcMar>
            <w:vAlign w:val="center"/>
          </w:tcPr>
          <w:p w14:paraId="72A0D683" w14:textId="77777777" w:rsidR="00D21B21" w:rsidRDefault="0034659B">
            <w:pPr>
              <w:spacing w:after="0"/>
            </w:pPr>
            <w:r>
              <w:rPr>
                <w:sz w:val="14"/>
              </w:rPr>
              <w:t>☐</w:t>
            </w:r>
          </w:p>
        </w:tc>
      </w:tr>
      <w:tr w:rsidR="00D21B21" w14:paraId="43A3D0EB" w14:textId="77777777" w:rsidTr="00496E8E">
        <w:trPr>
          <w:jc w:val="center"/>
        </w:trPr>
        <w:tc>
          <w:tcPr>
            <w:tcW w:w="398" w:type="pct"/>
            <w:tcMar>
              <w:top w:w="65" w:type="dxa"/>
              <w:left w:w="80" w:type="dxa"/>
              <w:bottom w:w="65" w:type="dxa"/>
              <w:right w:w="80" w:type="dxa"/>
            </w:tcMar>
            <w:vAlign w:val="center"/>
          </w:tcPr>
          <w:p w14:paraId="375F92D7" w14:textId="77777777" w:rsidR="00D21B21" w:rsidRDefault="00D21B21">
            <w:pPr>
              <w:spacing w:after="0"/>
            </w:pPr>
          </w:p>
        </w:tc>
        <w:tc>
          <w:tcPr>
            <w:tcW w:w="633" w:type="pct"/>
            <w:tcMar>
              <w:top w:w="65" w:type="dxa"/>
              <w:left w:w="80" w:type="dxa"/>
              <w:bottom w:w="65" w:type="dxa"/>
              <w:right w:w="80" w:type="dxa"/>
            </w:tcMar>
            <w:vAlign w:val="center"/>
          </w:tcPr>
          <w:p w14:paraId="689110C7" w14:textId="77777777" w:rsidR="00D21B21" w:rsidRDefault="00D21B21">
            <w:pPr>
              <w:spacing w:after="0"/>
            </w:pPr>
          </w:p>
        </w:tc>
        <w:tc>
          <w:tcPr>
            <w:tcW w:w="1027" w:type="pct"/>
            <w:tcMar>
              <w:top w:w="65" w:type="dxa"/>
              <w:left w:w="80" w:type="dxa"/>
              <w:bottom w:w="65" w:type="dxa"/>
              <w:right w:w="80" w:type="dxa"/>
            </w:tcMar>
            <w:vAlign w:val="center"/>
          </w:tcPr>
          <w:p w14:paraId="66AE5C51" w14:textId="77777777" w:rsidR="00D21B21" w:rsidRDefault="00D21B21">
            <w:pPr>
              <w:spacing w:after="0"/>
            </w:pPr>
          </w:p>
          <w:p w14:paraId="2A8A4DD4" w14:textId="77777777" w:rsidR="00375933" w:rsidRPr="00375933" w:rsidRDefault="00375933" w:rsidP="00375933"/>
          <w:p w14:paraId="203D97DC" w14:textId="77777777" w:rsidR="00375933" w:rsidRPr="00375933" w:rsidRDefault="00375933" w:rsidP="00375933"/>
        </w:tc>
        <w:tc>
          <w:tcPr>
            <w:tcW w:w="526" w:type="pct"/>
            <w:tcMar>
              <w:top w:w="65" w:type="dxa"/>
              <w:left w:w="80" w:type="dxa"/>
              <w:bottom w:w="65" w:type="dxa"/>
              <w:right w:w="80" w:type="dxa"/>
            </w:tcMar>
            <w:vAlign w:val="center"/>
          </w:tcPr>
          <w:p w14:paraId="75F7862B" w14:textId="77777777" w:rsidR="00D21B21" w:rsidRDefault="00D21B21">
            <w:pPr>
              <w:spacing w:after="0"/>
            </w:pPr>
          </w:p>
        </w:tc>
        <w:tc>
          <w:tcPr>
            <w:tcW w:w="930" w:type="pct"/>
            <w:tcMar>
              <w:top w:w="65" w:type="dxa"/>
              <w:left w:w="80" w:type="dxa"/>
              <w:bottom w:w="65" w:type="dxa"/>
              <w:right w:w="80" w:type="dxa"/>
            </w:tcMar>
            <w:vAlign w:val="center"/>
          </w:tcPr>
          <w:p w14:paraId="33E3291E" w14:textId="77777777" w:rsidR="00D21B21" w:rsidRDefault="00D21B21">
            <w:pPr>
              <w:spacing w:after="0"/>
            </w:pPr>
          </w:p>
        </w:tc>
        <w:tc>
          <w:tcPr>
            <w:tcW w:w="780" w:type="pct"/>
            <w:tcMar>
              <w:top w:w="65" w:type="dxa"/>
              <w:left w:w="80" w:type="dxa"/>
              <w:bottom w:w="65" w:type="dxa"/>
              <w:right w:w="80" w:type="dxa"/>
            </w:tcMar>
            <w:vAlign w:val="center"/>
          </w:tcPr>
          <w:p w14:paraId="2CAD235D" w14:textId="77777777" w:rsidR="00D21B21" w:rsidRDefault="0034659B">
            <w:pPr>
              <w:spacing w:after="0"/>
            </w:pPr>
            <w:r>
              <w:rPr>
                <w:sz w:val="14"/>
              </w:rPr>
              <w:t>☐</w:t>
            </w:r>
            <w:r>
              <w:rPr>
                <w:sz w:val="14"/>
              </w:rPr>
              <w:t xml:space="preserve"> Fiziskā atdalīšana</w:t>
            </w:r>
            <w:r>
              <w:rPr>
                <w:sz w:val="14"/>
              </w:rPr>
              <w:br/>
              <w:t>☐ Procentu metode</w:t>
            </w:r>
            <w:r>
              <w:rPr>
                <w:sz w:val="14"/>
              </w:rPr>
              <w:br/>
              <w:t>☐ Kredīta metode</w:t>
            </w:r>
          </w:p>
        </w:tc>
        <w:tc>
          <w:tcPr>
            <w:tcW w:w="353" w:type="pct"/>
            <w:tcMar>
              <w:top w:w="65" w:type="dxa"/>
              <w:left w:w="80" w:type="dxa"/>
              <w:bottom w:w="65" w:type="dxa"/>
              <w:right w:w="80" w:type="dxa"/>
            </w:tcMar>
            <w:vAlign w:val="center"/>
          </w:tcPr>
          <w:p w14:paraId="09327ADC" w14:textId="77777777" w:rsidR="00D21B21" w:rsidRDefault="0034659B">
            <w:pPr>
              <w:spacing w:after="0"/>
            </w:pPr>
            <w:r>
              <w:rPr>
                <w:sz w:val="14"/>
              </w:rPr>
              <w:t>☐</w:t>
            </w:r>
          </w:p>
        </w:tc>
        <w:tc>
          <w:tcPr>
            <w:tcW w:w="353" w:type="pct"/>
            <w:tcMar>
              <w:top w:w="65" w:type="dxa"/>
              <w:left w:w="80" w:type="dxa"/>
              <w:bottom w:w="65" w:type="dxa"/>
              <w:right w:w="80" w:type="dxa"/>
            </w:tcMar>
            <w:vAlign w:val="center"/>
          </w:tcPr>
          <w:p w14:paraId="709FF5C1" w14:textId="77777777" w:rsidR="00D21B21" w:rsidRDefault="0034659B">
            <w:pPr>
              <w:spacing w:after="0"/>
            </w:pPr>
            <w:r>
              <w:rPr>
                <w:sz w:val="14"/>
              </w:rPr>
              <w:t>☐</w:t>
            </w:r>
          </w:p>
        </w:tc>
      </w:tr>
      <w:tr w:rsidR="00D21B21" w14:paraId="220E155B" w14:textId="77777777" w:rsidTr="00496E8E">
        <w:trPr>
          <w:jc w:val="center"/>
        </w:trPr>
        <w:tc>
          <w:tcPr>
            <w:tcW w:w="398" w:type="pct"/>
            <w:tcMar>
              <w:top w:w="65" w:type="dxa"/>
              <w:left w:w="80" w:type="dxa"/>
              <w:bottom w:w="65" w:type="dxa"/>
              <w:right w:w="80" w:type="dxa"/>
            </w:tcMar>
            <w:vAlign w:val="center"/>
          </w:tcPr>
          <w:p w14:paraId="7E929F1C" w14:textId="77777777" w:rsidR="00D21B21" w:rsidRDefault="00D21B21">
            <w:pPr>
              <w:spacing w:after="0"/>
            </w:pPr>
          </w:p>
        </w:tc>
        <w:tc>
          <w:tcPr>
            <w:tcW w:w="633" w:type="pct"/>
            <w:tcMar>
              <w:top w:w="65" w:type="dxa"/>
              <w:left w:w="80" w:type="dxa"/>
              <w:bottom w:w="65" w:type="dxa"/>
              <w:right w:w="80" w:type="dxa"/>
            </w:tcMar>
            <w:vAlign w:val="center"/>
          </w:tcPr>
          <w:p w14:paraId="59EEE9E9" w14:textId="77777777" w:rsidR="00D21B21" w:rsidRDefault="00D21B21">
            <w:pPr>
              <w:spacing w:after="0"/>
            </w:pPr>
          </w:p>
        </w:tc>
        <w:tc>
          <w:tcPr>
            <w:tcW w:w="1027" w:type="pct"/>
            <w:tcMar>
              <w:top w:w="65" w:type="dxa"/>
              <w:left w:w="80" w:type="dxa"/>
              <w:bottom w:w="65" w:type="dxa"/>
              <w:right w:w="80" w:type="dxa"/>
            </w:tcMar>
            <w:vAlign w:val="center"/>
          </w:tcPr>
          <w:p w14:paraId="3D90697C" w14:textId="77777777" w:rsidR="00D21B21" w:rsidRDefault="00D21B21">
            <w:pPr>
              <w:spacing w:after="0"/>
            </w:pPr>
          </w:p>
        </w:tc>
        <w:tc>
          <w:tcPr>
            <w:tcW w:w="526" w:type="pct"/>
            <w:tcMar>
              <w:top w:w="65" w:type="dxa"/>
              <w:left w:w="80" w:type="dxa"/>
              <w:bottom w:w="65" w:type="dxa"/>
              <w:right w:w="80" w:type="dxa"/>
            </w:tcMar>
            <w:vAlign w:val="center"/>
          </w:tcPr>
          <w:p w14:paraId="682B8BB7" w14:textId="77777777" w:rsidR="00D21B21" w:rsidRDefault="00D21B21">
            <w:pPr>
              <w:spacing w:after="0"/>
            </w:pPr>
          </w:p>
        </w:tc>
        <w:tc>
          <w:tcPr>
            <w:tcW w:w="930" w:type="pct"/>
            <w:tcMar>
              <w:top w:w="65" w:type="dxa"/>
              <w:left w:w="80" w:type="dxa"/>
              <w:bottom w:w="65" w:type="dxa"/>
              <w:right w:w="80" w:type="dxa"/>
            </w:tcMar>
            <w:vAlign w:val="center"/>
          </w:tcPr>
          <w:p w14:paraId="699BEB3B" w14:textId="77777777" w:rsidR="00D21B21" w:rsidRDefault="00D21B21">
            <w:pPr>
              <w:spacing w:after="0"/>
            </w:pPr>
          </w:p>
        </w:tc>
        <w:tc>
          <w:tcPr>
            <w:tcW w:w="780" w:type="pct"/>
            <w:tcMar>
              <w:top w:w="65" w:type="dxa"/>
              <w:left w:w="80" w:type="dxa"/>
              <w:bottom w:w="65" w:type="dxa"/>
              <w:right w:w="80" w:type="dxa"/>
            </w:tcMar>
            <w:vAlign w:val="center"/>
          </w:tcPr>
          <w:p w14:paraId="1D9C2B06" w14:textId="77777777" w:rsidR="00D21B21" w:rsidRDefault="0034659B">
            <w:pPr>
              <w:spacing w:after="0"/>
            </w:pPr>
            <w:r>
              <w:rPr>
                <w:sz w:val="14"/>
              </w:rPr>
              <w:t>☐</w:t>
            </w:r>
            <w:r>
              <w:rPr>
                <w:sz w:val="14"/>
              </w:rPr>
              <w:t xml:space="preserve"> Fiziskā atdalīšana</w:t>
            </w:r>
            <w:r>
              <w:rPr>
                <w:sz w:val="14"/>
              </w:rPr>
              <w:br/>
              <w:t>☐ Procentu metode</w:t>
            </w:r>
            <w:r>
              <w:rPr>
                <w:sz w:val="14"/>
              </w:rPr>
              <w:br/>
              <w:t>☐ Kredīta metode</w:t>
            </w:r>
          </w:p>
        </w:tc>
        <w:tc>
          <w:tcPr>
            <w:tcW w:w="353" w:type="pct"/>
            <w:tcMar>
              <w:top w:w="65" w:type="dxa"/>
              <w:left w:w="80" w:type="dxa"/>
              <w:bottom w:w="65" w:type="dxa"/>
              <w:right w:w="80" w:type="dxa"/>
            </w:tcMar>
            <w:vAlign w:val="center"/>
          </w:tcPr>
          <w:p w14:paraId="0B2B50F0" w14:textId="77777777" w:rsidR="00D21B21" w:rsidRDefault="0034659B">
            <w:pPr>
              <w:spacing w:after="0"/>
            </w:pPr>
            <w:r>
              <w:rPr>
                <w:sz w:val="14"/>
              </w:rPr>
              <w:t>☐</w:t>
            </w:r>
          </w:p>
        </w:tc>
        <w:tc>
          <w:tcPr>
            <w:tcW w:w="353" w:type="pct"/>
            <w:tcMar>
              <w:top w:w="65" w:type="dxa"/>
              <w:left w:w="80" w:type="dxa"/>
              <w:bottom w:w="65" w:type="dxa"/>
              <w:right w:w="80" w:type="dxa"/>
            </w:tcMar>
            <w:vAlign w:val="center"/>
          </w:tcPr>
          <w:p w14:paraId="17CCACCE" w14:textId="77777777" w:rsidR="00D21B21" w:rsidRDefault="0034659B">
            <w:pPr>
              <w:spacing w:after="0"/>
            </w:pPr>
            <w:r>
              <w:rPr>
                <w:sz w:val="14"/>
              </w:rPr>
              <w:t>☐</w:t>
            </w:r>
          </w:p>
        </w:tc>
      </w:tr>
    </w:tbl>
    <w:p w14:paraId="11561895" w14:textId="77777777" w:rsidR="00D21B21" w:rsidRDefault="0034659B">
      <w:pPr>
        <w:pStyle w:val="Head1VK"/>
        <w:keepNext/>
      </w:pPr>
      <w:r>
        <w:t>4. DOKUMENTĒTĀS PROCEDŪRAS UN IEKŠĒJAIS AUDITS</w:t>
      </w:r>
    </w:p>
    <w:tbl>
      <w:tblPr>
        <w:tblStyle w:val="TableGrid"/>
        <w:tblW w:w="5000" w:type="pct"/>
        <w:jc w:val="center"/>
        <w:tblLook w:val="04A0" w:firstRow="1" w:lastRow="0" w:firstColumn="1" w:lastColumn="0" w:noHBand="0" w:noVBand="1"/>
      </w:tblPr>
      <w:tblGrid>
        <w:gridCol w:w="3081"/>
        <w:gridCol w:w="7109"/>
      </w:tblGrid>
      <w:tr w:rsidR="00D21B21" w14:paraId="769F42B1" w14:textId="77777777" w:rsidTr="00496E8E">
        <w:trPr>
          <w:jc w:val="center"/>
        </w:trPr>
        <w:tc>
          <w:tcPr>
            <w:tcW w:w="1512" w:type="pct"/>
            <w:shd w:val="clear" w:color="auto" w:fill="E7E6E6"/>
            <w:tcMar>
              <w:top w:w="65" w:type="dxa"/>
              <w:left w:w="80" w:type="dxa"/>
              <w:bottom w:w="65" w:type="dxa"/>
              <w:right w:w="80" w:type="dxa"/>
            </w:tcMar>
            <w:vAlign w:val="center"/>
          </w:tcPr>
          <w:p w14:paraId="2EF9BB69" w14:textId="77777777" w:rsidR="00D21B21" w:rsidRDefault="0034659B">
            <w:pPr>
              <w:spacing w:after="0"/>
            </w:pPr>
            <w:r>
              <w:rPr>
                <w:b/>
                <w:sz w:val="18"/>
              </w:rPr>
              <w:t>PEFC CoC dokumentēto procedūru nosaukums / versija</w:t>
            </w:r>
          </w:p>
        </w:tc>
        <w:tc>
          <w:tcPr>
            <w:tcW w:w="3488" w:type="pct"/>
            <w:tcMar>
              <w:top w:w="65" w:type="dxa"/>
              <w:left w:w="80" w:type="dxa"/>
              <w:bottom w:w="65" w:type="dxa"/>
              <w:right w:w="80" w:type="dxa"/>
            </w:tcMar>
            <w:vAlign w:val="center"/>
          </w:tcPr>
          <w:p w14:paraId="3D977639" w14:textId="77777777" w:rsidR="00D21B21" w:rsidRDefault="00D21B21">
            <w:pPr>
              <w:spacing w:after="0"/>
            </w:pPr>
          </w:p>
        </w:tc>
      </w:tr>
      <w:tr w:rsidR="00D21B21" w14:paraId="034388BE" w14:textId="77777777" w:rsidTr="00496E8E">
        <w:trPr>
          <w:jc w:val="center"/>
        </w:trPr>
        <w:tc>
          <w:tcPr>
            <w:tcW w:w="1512" w:type="pct"/>
            <w:shd w:val="clear" w:color="auto" w:fill="E7E6E6"/>
            <w:tcMar>
              <w:top w:w="65" w:type="dxa"/>
              <w:left w:w="80" w:type="dxa"/>
              <w:bottom w:w="65" w:type="dxa"/>
              <w:right w:w="80" w:type="dxa"/>
            </w:tcMar>
            <w:vAlign w:val="center"/>
          </w:tcPr>
          <w:p w14:paraId="56CE8646" w14:textId="77777777" w:rsidR="00D21B21" w:rsidRDefault="0034659B">
            <w:pPr>
              <w:spacing w:after="0"/>
            </w:pPr>
            <w:r>
              <w:rPr>
                <w:b/>
                <w:sz w:val="18"/>
              </w:rPr>
              <w:t>Procedūras pievienotas pieteikumam</w:t>
            </w:r>
          </w:p>
        </w:tc>
        <w:tc>
          <w:tcPr>
            <w:tcW w:w="3488" w:type="pct"/>
            <w:tcMar>
              <w:top w:w="65" w:type="dxa"/>
              <w:left w:w="80" w:type="dxa"/>
              <w:bottom w:w="65" w:type="dxa"/>
              <w:right w:w="80" w:type="dxa"/>
            </w:tcMar>
            <w:vAlign w:val="center"/>
          </w:tcPr>
          <w:p w14:paraId="4C01FC94" w14:textId="77777777" w:rsidR="00D21B21" w:rsidRDefault="0034659B">
            <w:pPr>
              <w:spacing w:after="0"/>
            </w:pPr>
            <w:r>
              <w:rPr>
                <w:sz w:val="18"/>
              </w:rPr>
              <w:t>☐</w:t>
            </w:r>
            <w:r>
              <w:rPr>
                <w:sz w:val="18"/>
              </w:rPr>
              <w:t xml:space="preserve"> Jā</w:t>
            </w:r>
          </w:p>
        </w:tc>
      </w:tr>
      <w:tr w:rsidR="00D21B21" w14:paraId="4057DF3B" w14:textId="77777777" w:rsidTr="00496E8E">
        <w:trPr>
          <w:jc w:val="center"/>
        </w:trPr>
        <w:tc>
          <w:tcPr>
            <w:tcW w:w="1512" w:type="pct"/>
            <w:shd w:val="clear" w:color="auto" w:fill="E7E6E6"/>
            <w:tcMar>
              <w:top w:w="65" w:type="dxa"/>
              <w:left w:w="80" w:type="dxa"/>
              <w:bottom w:w="65" w:type="dxa"/>
              <w:right w:w="80" w:type="dxa"/>
            </w:tcMar>
            <w:vAlign w:val="center"/>
          </w:tcPr>
          <w:p w14:paraId="50E1A5BB" w14:textId="77777777" w:rsidR="00D21B21" w:rsidRDefault="0034659B">
            <w:pPr>
              <w:spacing w:after="0"/>
            </w:pPr>
            <w:r>
              <w:rPr>
                <w:b/>
                <w:sz w:val="18"/>
              </w:rPr>
              <w:t>Iekšējais audits pirms sākotnējā sertifikācijas audita</w:t>
            </w:r>
          </w:p>
        </w:tc>
        <w:tc>
          <w:tcPr>
            <w:tcW w:w="3488" w:type="pct"/>
            <w:tcMar>
              <w:top w:w="65" w:type="dxa"/>
              <w:left w:w="80" w:type="dxa"/>
              <w:bottom w:w="65" w:type="dxa"/>
              <w:right w:w="80" w:type="dxa"/>
            </w:tcMar>
            <w:vAlign w:val="center"/>
          </w:tcPr>
          <w:p w14:paraId="7B9FE66D" w14:textId="77777777" w:rsidR="00D21B21" w:rsidRDefault="0034659B">
            <w:pPr>
              <w:spacing w:after="0"/>
            </w:pPr>
            <w:r>
              <w:rPr>
                <w:sz w:val="18"/>
              </w:rPr>
              <w:t>☐</w:t>
            </w:r>
            <w:r>
              <w:rPr>
                <w:sz w:val="18"/>
              </w:rPr>
              <w:t xml:space="preserve"> Veikts    ☐ Tiks veikts pirms sertifikācijas audita</w:t>
            </w:r>
          </w:p>
        </w:tc>
      </w:tr>
    </w:tbl>
    <w:p w14:paraId="061BA930" w14:textId="77777777" w:rsidR="00D21B21" w:rsidRDefault="0034659B">
      <w:pPr>
        <w:pStyle w:val="NoteVK"/>
      </w:pPr>
      <w:r>
        <w:rPr>
          <w:i/>
        </w:rPr>
        <w:t>PEFC ST 2002:2020 prasa iekšējo auditu veikt pirms sākotnējā sertifikācijas audita.</w:t>
      </w:r>
    </w:p>
    <w:p w14:paraId="6E36463D" w14:textId="77777777" w:rsidR="00D21B21" w:rsidRDefault="0034659B">
      <w:pPr>
        <w:pStyle w:val="Head1VK"/>
        <w:keepNext/>
      </w:pPr>
      <w:r>
        <w:t>5. ĀRPAKALPOJUMI</w:t>
      </w:r>
    </w:p>
    <w:tbl>
      <w:tblPr>
        <w:tblStyle w:val="TableGrid"/>
        <w:tblW w:w="5000" w:type="pct"/>
        <w:jc w:val="center"/>
        <w:tblLook w:val="04A0" w:firstRow="1" w:lastRow="0" w:firstColumn="1" w:lastColumn="0" w:noHBand="0" w:noVBand="1"/>
      </w:tblPr>
      <w:tblGrid>
        <w:gridCol w:w="3081"/>
        <w:gridCol w:w="7109"/>
      </w:tblGrid>
      <w:tr w:rsidR="00D21B21" w14:paraId="2941031B" w14:textId="77777777" w:rsidTr="00496E8E">
        <w:trPr>
          <w:jc w:val="center"/>
        </w:trPr>
        <w:tc>
          <w:tcPr>
            <w:tcW w:w="1512" w:type="pct"/>
            <w:shd w:val="clear" w:color="auto" w:fill="E7E6E6"/>
            <w:tcMar>
              <w:top w:w="65" w:type="dxa"/>
              <w:left w:w="80" w:type="dxa"/>
              <w:bottom w:w="65" w:type="dxa"/>
              <w:right w:w="80" w:type="dxa"/>
            </w:tcMar>
            <w:vAlign w:val="center"/>
          </w:tcPr>
          <w:p w14:paraId="33318E05" w14:textId="77777777" w:rsidR="00D21B21" w:rsidRDefault="0034659B">
            <w:pPr>
              <w:spacing w:after="0"/>
            </w:pPr>
            <w:r>
              <w:rPr>
                <w:b/>
                <w:sz w:val="18"/>
              </w:rPr>
              <w:t>Vai PEFC CoC tvērumā paredzētas ārpakalpojuma darbības?</w:t>
            </w:r>
          </w:p>
        </w:tc>
        <w:tc>
          <w:tcPr>
            <w:tcW w:w="3488" w:type="pct"/>
            <w:tcMar>
              <w:top w:w="65" w:type="dxa"/>
              <w:left w:w="80" w:type="dxa"/>
              <w:bottom w:w="65" w:type="dxa"/>
              <w:right w:w="80" w:type="dxa"/>
            </w:tcMar>
            <w:vAlign w:val="center"/>
          </w:tcPr>
          <w:p w14:paraId="0F221309" w14:textId="77777777" w:rsidR="00D21B21" w:rsidRDefault="0034659B">
            <w:pPr>
              <w:spacing w:after="0"/>
            </w:pPr>
            <w:r>
              <w:rPr>
                <w:sz w:val="18"/>
              </w:rPr>
              <w:t>☐</w:t>
            </w:r>
            <w:r>
              <w:rPr>
                <w:sz w:val="18"/>
              </w:rPr>
              <w:t xml:space="preserve"> Nē    ☐ Jā — aizpildīt 2. pielikumu</w:t>
            </w:r>
          </w:p>
        </w:tc>
      </w:tr>
    </w:tbl>
    <w:p w14:paraId="3E20FD8C" w14:textId="77777777" w:rsidR="00D21B21" w:rsidRDefault="0034659B">
      <w:pPr>
        <w:pStyle w:val="Head1VK"/>
        <w:keepNext/>
      </w:pPr>
      <w:r>
        <w:t>6. APLIECINĀJUMS</w:t>
      </w:r>
    </w:p>
    <w:p w14:paraId="12ABBC6D" w14:textId="77777777" w:rsidR="00D21B21" w:rsidRDefault="0034659B">
      <w:pPr>
        <w:spacing w:after="120"/>
      </w:pPr>
      <w:r>
        <w:t>Apliecinu, ka šajā pieteikumā sniegtā informācija ir patiesa un pilnīga. Organizācija apņemas sertifikācijas procesa ietvaros nodrošināt sertifikācijas institūcijai piekļuvi nepieciešamajai informācijai, dokumentācijai un sertifikācijas tvērumā iekļautajām vietām, kā arī ievērot piemērojamās PEFC sertifikācijas prasības.</w:t>
      </w:r>
    </w:p>
    <w:tbl>
      <w:tblPr>
        <w:tblStyle w:val="TableGrid"/>
        <w:tblW w:w="5000" w:type="pct"/>
        <w:jc w:val="center"/>
        <w:tblLook w:val="04A0" w:firstRow="1" w:lastRow="0" w:firstColumn="1" w:lastColumn="0" w:noHBand="0" w:noVBand="1"/>
      </w:tblPr>
      <w:tblGrid>
        <w:gridCol w:w="3081"/>
        <w:gridCol w:w="7109"/>
      </w:tblGrid>
      <w:tr w:rsidR="00D21B21" w14:paraId="663374A6" w14:textId="77777777" w:rsidTr="00496E8E">
        <w:trPr>
          <w:jc w:val="center"/>
        </w:trPr>
        <w:tc>
          <w:tcPr>
            <w:tcW w:w="1512" w:type="pct"/>
            <w:shd w:val="clear" w:color="auto" w:fill="E7E6E6"/>
            <w:tcMar>
              <w:top w:w="65" w:type="dxa"/>
              <w:left w:w="80" w:type="dxa"/>
              <w:bottom w:w="65" w:type="dxa"/>
              <w:right w:w="80" w:type="dxa"/>
            </w:tcMar>
            <w:vAlign w:val="center"/>
          </w:tcPr>
          <w:p w14:paraId="61686FE5" w14:textId="77777777" w:rsidR="00D21B21" w:rsidRDefault="0034659B">
            <w:pPr>
              <w:spacing w:after="0"/>
            </w:pPr>
            <w:r>
              <w:rPr>
                <w:b/>
                <w:sz w:val="18"/>
              </w:rPr>
              <w:t>Vārds, uzvārds</w:t>
            </w:r>
          </w:p>
        </w:tc>
        <w:tc>
          <w:tcPr>
            <w:tcW w:w="3488" w:type="pct"/>
            <w:tcMar>
              <w:top w:w="65" w:type="dxa"/>
              <w:left w:w="80" w:type="dxa"/>
              <w:bottom w:w="65" w:type="dxa"/>
              <w:right w:w="80" w:type="dxa"/>
            </w:tcMar>
            <w:vAlign w:val="center"/>
          </w:tcPr>
          <w:p w14:paraId="7E999D46" w14:textId="77777777" w:rsidR="00D21B21" w:rsidRDefault="00D21B21">
            <w:pPr>
              <w:spacing w:after="0"/>
            </w:pPr>
          </w:p>
        </w:tc>
      </w:tr>
      <w:tr w:rsidR="00D21B21" w14:paraId="7C9EA5FD" w14:textId="77777777" w:rsidTr="00496E8E">
        <w:trPr>
          <w:jc w:val="center"/>
        </w:trPr>
        <w:tc>
          <w:tcPr>
            <w:tcW w:w="1512" w:type="pct"/>
            <w:shd w:val="clear" w:color="auto" w:fill="E7E6E6"/>
            <w:tcMar>
              <w:top w:w="65" w:type="dxa"/>
              <w:left w:w="80" w:type="dxa"/>
              <w:bottom w:w="65" w:type="dxa"/>
              <w:right w:w="80" w:type="dxa"/>
            </w:tcMar>
            <w:vAlign w:val="center"/>
          </w:tcPr>
          <w:p w14:paraId="5F0EE5A3" w14:textId="77777777" w:rsidR="00D21B21" w:rsidRDefault="0034659B">
            <w:pPr>
              <w:spacing w:after="0"/>
            </w:pPr>
            <w:r>
              <w:rPr>
                <w:b/>
                <w:sz w:val="18"/>
              </w:rPr>
              <w:t>Amats</w:t>
            </w:r>
          </w:p>
        </w:tc>
        <w:tc>
          <w:tcPr>
            <w:tcW w:w="3488" w:type="pct"/>
            <w:tcMar>
              <w:top w:w="65" w:type="dxa"/>
              <w:left w:w="80" w:type="dxa"/>
              <w:bottom w:w="65" w:type="dxa"/>
              <w:right w:w="80" w:type="dxa"/>
            </w:tcMar>
            <w:vAlign w:val="center"/>
          </w:tcPr>
          <w:p w14:paraId="598C762E" w14:textId="77777777" w:rsidR="00D21B21" w:rsidRDefault="00D21B21">
            <w:pPr>
              <w:spacing w:after="0"/>
            </w:pPr>
          </w:p>
        </w:tc>
      </w:tr>
      <w:tr w:rsidR="00D21B21" w14:paraId="735AEBFA" w14:textId="77777777" w:rsidTr="00496E8E">
        <w:trPr>
          <w:jc w:val="center"/>
        </w:trPr>
        <w:tc>
          <w:tcPr>
            <w:tcW w:w="1512" w:type="pct"/>
            <w:shd w:val="clear" w:color="auto" w:fill="E7E6E6"/>
            <w:tcMar>
              <w:top w:w="65" w:type="dxa"/>
              <w:left w:w="80" w:type="dxa"/>
              <w:bottom w:w="65" w:type="dxa"/>
              <w:right w:w="80" w:type="dxa"/>
            </w:tcMar>
            <w:vAlign w:val="center"/>
          </w:tcPr>
          <w:p w14:paraId="6D52CE99" w14:textId="77777777" w:rsidR="00D21B21" w:rsidRDefault="0034659B">
            <w:pPr>
              <w:spacing w:after="0"/>
            </w:pPr>
            <w:r>
              <w:rPr>
                <w:b/>
                <w:sz w:val="18"/>
              </w:rPr>
              <w:t>Paraksts</w:t>
            </w:r>
          </w:p>
        </w:tc>
        <w:tc>
          <w:tcPr>
            <w:tcW w:w="3488" w:type="pct"/>
            <w:tcMar>
              <w:top w:w="65" w:type="dxa"/>
              <w:left w:w="80" w:type="dxa"/>
              <w:bottom w:w="65" w:type="dxa"/>
              <w:right w:w="80" w:type="dxa"/>
            </w:tcMar>
            <w:vAlign w:val="center"/>
          </w:tcPr>
          <w:p w14:paraId="1CCCAECF" w14:textId="77777777" w:rsidR="00D21B21" w:rsidRDefault="00D21B21">
            <w:pPr>
              <w:spacing w:after="0"/>
            </w:pPr>
          </w:p>
        </w:tc>
      </w:tr>
      <w:tr w:rsidR="00D21B21" w14:paraId="7F4C856B" w14:textId="77777777" w:rsidTr="00496E8E">
        <w:trPr>
          <w:jc w:val="center"/>
        </w:trPr>
        <w:tc>
          <w:tcPr>
            <w:tcW w:w="1512" w:type="pct"/>
            <w:shd w:val="clear" w:color="auto" w:fill="E7E6E6"/>
            <w:tcMar>
              <w:top w:w="65" w:type="dxa"/>
              <w:left w:w="80" w:type="dxa"/>
              <w:bottom w:w="65" w:type="dxa"/>
              <w:right w:w="80" w:type="dxa"/>
            </w:tcMar>
            <w:vAlign w:val="center"/>
          </w:tcPr>
          <w:p w14:paraId="021BB92E" w14:textId="77777777" w:rsidR="00D21B21" w:rsidRDefault="0034659B">
            <w:pPr>
              <w:spacing w:after="0"/>
            </w:pPr>
            <w:r>
              <w:rPr>
                <w:b/>
                <w:sz w:val="18"/>
              </w:rPr>
              <w:t>Datums</w:t>
            </w:r>
          </w:p>
        </w:tc>
        <w:tc>
          <w:tcPr>
            <w:tcW w:w="3488" w:type="pct"/>
            <w:tcMar>
              <w:top w:w="65" w:type="dxa"/>
              <w:left w:w="80" w:type="dxa"/>
              <w:bottom w:w="65" w:type="dxa"/>
              <w:right w:w="80" w:type="dxa"/>
            </w:tcMar>
            <w:vAlign w:val="center"/>
          </w:tcPr>
          <w:p w14:paraId="7C9BC7CA" w14:textId="77777777" w:rsidR="00D21B21" w:rsidRDefault="00D21B21">
            <w:pPr>
              <w:spacing w:after="0"/>
            </w:pPr>
          </w:p>
        </w:tc>
      </w:tr>
    </w:tbl>
    <w:p w14:paraId="35A76683" w14:textId="77777777" w:rsidR="00D21B21" w:rsidRDefault="0034659B">
      <w:r>
        <w:br w:type="page"/>
      </w:r>
    </w:p>
    <w:p w14:paraId="7214872E" w14:textId="77777777" w:rsidR="00D21B21" w:rsidRDefault="0034659B">
      <w:pPr>
        <w:pStyle w:val="Head1VK"/>
        <w:keepNext/>
      </w:pPr>
      <w:r>
        <w:lastRenderedPageBreak/>
        <w:t>1. PIELIKUMS — MULTI-SITE / RAŽOTĀJU GRUPAS VIETAS</w:t>
      </w:r>
    </w:p>
    <w:p w14:paraId="1892D684" w14:textId="77777777" w:rsidR="00D21B21" w:rsidRDefault="0034659B">
      <w:pPr>
        <w:pStyle w:val="NoteVK"/>
      </w:pPr>
      <w:r>
        <w:rPr>
          <w:i/>
        </w:rPr>
        <w:t>Aizpilda tikai multi-site vai ražotāju grupas sertifikācijai. Norāda visas vietas / dalībniekus, kur tiek veiktas PEFC CoC darbības.</w:t>
      </w:r>
    </w:p>
    <w:tbl>
      <w:tblPr>
        <w:tblStyle w:val="TableGrid"/>
        <w:tblW w:w="5000" w:type="pct"/>
        <w:jc w:val="center"/>
        <w:tblLook w:val="04A0" w:firstRow="1" w:lastRow="0" w:firstColumn="1" w:lastColumn="0" w:noHBand="0" w:noVBand="1"/>
      </w:tblPr>
      <w:tblGrid>
        <w:gridCol w:w="631"/>
        <w:gridCol w:w="1691"/>
        <w:gridCol w:w="1757"/>
        <w:gridCol w:w="1643"/>
        <w:gridCol w:w="1388"/>
        <w:gridCol w:w="1231"/>
        <w:gridCol w:w="626"/>
        <w:gridCol w:w="1223"/>
      </w:tblGrid>
      <w:tr w:rsidR="00D21B21" w14:paraId="48CEA4C5" w14:textId="77777777" w:rsidTr="00496E8E">
        <w:trPr>
          <w:tblHeader/>
          <w:jc w:val="center"/>
        </w:trPr>
        <w:tc>
          <w:tcPr>
            <w:tcW w:w="310" w:type="pct"/>
            <w:shd w:val="clear" w:color="auto" w:fill="D9E2F3"/>
            <w:tcMar>
              <w:top w:w="65" w:type="dxa"/>
              <w:left w:w="80" w:type="dxa"/>
              <w:bottom w:w="65" w:type="dxa"/>
              <w:right w:w="80" w:type="dxa"/>
            </w:tcMar>
            <w:vAlign w:val="center"/>
          </w:tcPr>
          <w:p w14:paraId="543C4185" w14:textId="77777777" w:rsidR="00D21B21" w:rsidRDefault="0034659B">
            <w:pPr>
              <w:spacing w:after="0"/>
            </w:pPr>
            <w:r>
              <w:rPr>
                <w:b/>
                <w:sz w:val="14"/>
              </w:rPr>
              <w:t>Kods</w:t>
            </w:r>
          </w:p>
        </w:tc>
        <w:tc>
          <w:tcPr>
            <w:tcW w:w="830" w:type="pct"/>
            <w:shd w:val="clear" w:color="auto" w:fill="D9E2F3"/>
            <w:tcMar>
              <w:top w:w="65" w:type="dxa"/>
              <w:left w:w="80" w:type="dxa"/>
              <w:bottom w:w="65" w:type="dxa"/>
              <w:right w:w="80" w:type="dxa"/>
            </w:tcMar>
            <w:vAlign w:val="center"/>
          </w:tcPr>
          <w:p w14:paraId="26AA74AB" w14:textId="77777777" w:rsidR="00D21B21" w:rsidRDefault="0034659B">
            <w:pPr>
              <w:spacing w:after="0"/>
            </w:pPr>
            <w:r>
              <w:rPr>
                <w:b/>
                <w:sz w:val="14"/>
              </w:rPr>
              <w:t>Juridiskā persona / vieta</w:t>
            </w:r>
          </w:p>
        </w:tc>
        <w:tc>
          <w:tcPr>
            <w:tcW w:w="862" w:type="pct"/>
            <w:shd w:val="clear" w:color="auto" w:fill="D9E2F3"/>
            <w:tcMar>
              <w:top w:w="65" w:type="dxa"/>
              <w:left w:w="80" w:type="dxa"/>
              <w:bottom w:w="65" w:type="dxa"/>
              <w:right w:w="80" w:type="dxa"/>
            </w:tcMar>
            <w:vAlign w:val="center"/>
          </w:tcPr>
          <w:p w14:paraId="744A866E" w14:textId="77777777" w:rsidR="00D21B21" w:rsidRDefault="0034659B">
            <w:pPr>
              <w:spacing w:after="0"/>
            </w:pPr>
            <w:r>
              <w:rPr>
                <w:b/>
                <w:sz w:val="14"/>
              </w:rPr>
              <w:t>Adrese, valsts</w:t>
            </w:r>
          </w:p>
        </w:tc>
        <w:tc>
          <w:tcPr>
            <w:tcW w:w="806" w:type="pct"/>
            <w:shd w:val="clear" w:color="auto" w:fill="D9E2F3"/>
            <w:tcMar>
              <w:top w:w="65" w:type="dxa"/>
              <w:left w:w="80" w:type="dxa"/>
              <w:bottom w:w="65" w:type="dxa"/>
              <w:right w:w="80" w:type="dxa"/>
            </w:tcMar>
            <w:vAlign w:val="center"/>
          </w:tcPr>
          <w:p w14:paraId="6A1420A5" w14:textId="77777777" w:rsidR="00D21B21" w:rsidRDefault="0034659B">
            <w:pPr>
              <w:spacing w:after="0"/>
            </w:pPr>
            <w:r>
              <w:rPr>
                <w:b/>
                <w:sz w:val="14"/>
              </w:rPr>
              <w:t>PEFC CoC darbības</w:t>
            </w:r>
          </w:p>
        </w:tc>
        <w:tc>
          <w:tcPr>
            <w:tcW w:w="681" w:type="pct"/>
            <w:shd w:val="clear" w:color="auto" w:fill="D9E2F3"/>
            <w:tcMar>
              <w:top w:w="65" w:type="dxa"/>
              <w:left w:w="80" w:type="dxa"/>
              <w:bottom w:w="65" w:type="dxa"/>
              <w:right w:w="80" w:type="dxa"/>
            </w:tcMar>
            <w:vAlign w:val="center"/>
          </w:tcPr>
          <w:p w14:paraId="21354F5B" w14:textId="77777777" w:rsidR="00D21B21" w:rsidRDefault="0034659B">
            <w:pPr>
              <w:spacing w:after="0"/>
            </w:pPr>
            <w:r>
              <w:rPr>
                <w:b/>
                <w:sz w:val="14"/>
              </w:rPr>
              <w:t>Produktu grupas</w:t>
            </w:r>
          </w:p>
        </w:tc>
        <w:tc>
          <w:tcPr>
            <w:tcW w:w="604" w:type="pct"/>
            <w:shd w:val="clear" w:color="auto" w:fill="D9E2F3"/>
            <w:tcMar>
              <w:top w:w="65" w:type="dxa"/>
              <w:left w:w="80" w:type="dxa"/>
              <w:bottom w:w="65" w:type="dxa"/>
              <w:right w:w="80" w:type="dxa"/>
            </w:tcMar>
            <w:vAlign w:val="center"/>
          </w:tcPr>
          <w:p w14:paraId="153221BD" w14:textId="77777777" w:rsidR="00D21B21" w:rsidRDefault="0034659B">
            <w:pPr>
              <w:spacing w:after="0"/>
            </w:pPr>
            <w:r>
              <w:rPr>
                <w:b/>
                <w:sz w:val="14"/>
              </w:rPr>
              <w:t>CoC metode</w:t>
            </w:r>
          </w:p>
        </w:tc>
        <w:tc>
          <w:tcPr>
            <w:tcW w:w="307" w:type="pct"/>
            <w:shd w:val="clear" w:color="auto" w:fill="D9E2F3"/>
            <w:tcMar>
              <w:top w:w="65" w:type="dxa"/>
              <w:left w:w="80" w:type="dxa"/>
              <w:bottom w:w="65" w:type="dxa"/>
              <w:right w:w="80" w:type="dxa"/>
            </w:tcMar>
            <w:vAlign w:val="center"/>
          </w:tcPr>
          <w:p w14:paraId="3F4514AB" w14:textId="77777777" w:rsidR="00D21B21" w:rsidRDefault="0034659B">
            <w:pPr>
              <w:spacing w:after="0"/>
            </w:pPr>
            <w:r>
              <w:rPr>
                <w:b/>
                <w:sz w:val="14"/>
              </w:rPr>
              <w:t>FTE*</w:t>
            </w:r>
          </w:p>
        </w:tc>
        <w:tc>
          <w:tcPr>
            <w:tcW w:w="600" w:type="pct"/>
            <w:shd w:val="clear" w:color="auto" w:fill="D9E2F3"/>
            <w:tcMar>
              <w:top w:w="65" w:type="dxa"/>
              <w:left w:w="80" w:type="dxa"/>
              <w:bottom w:w="65" w:type="dxa"/>
              <w:right w:w="80" w:type="dxa"/>
            </w:tcMar>
            <w:vAlign w:val="center"/>
          </w:tcPr>
          <w:p w14:paraId="5836C920" w14:textId="77777777" w:rsidR="00D21B21" w:rsidRDefault="0034659B">
            <w:pPr>
              <w:spacing w:after="0"/>
            </w:pPr>
            <w:r>
              <w:rPr>
                <w:b/>
                <w:sz w:val="14"/>
              </w:rPr>
              <w:t>Gada apgrozījums, EUR*</w:t>
            </w:r>
          </w:p>
        </w:tc>
      </w:tr>
      <w:tr w:rsidR="00D21B21" w14:paraId="7CF3250D" w14:textId="77777777" w:rsidTr="00496E8E">
        <w:trPr>
          <w:jc w:val="center"/>
        </w:trPr>
        <w:tc>
          <w:tcPr>
            <w:tcW w:w="310" w:type="pct"/>
            <w:tcMar>
              <w:top w:w="65" w:type="dxa"/>
              <w:left w:w="80" w:type="dxa"/>
              <w:bottom w:w="65" w:type="dxa"/>
              <w:right w:w="80" w:type="dxa"/>
            </w:tcMar>
            <w:vAlign w:val="center"/>
          </w:tcPr>
          <w:p w14:paraId="3A93F2BB" w14:textId="77777777" w:rsidR="00D21B21" w:rsidRDefault="00D21B21">
            <w:pPr>
              <w:spacing w:after="0"/>
            </w:pPr>
          </w:p>
        </w:tc>
        <w:tc>
          <w:tcPr>
            <w:tcW w:w="830" w:type="pct"/>
            <w:tcMar>
              <w:top w:w="65" w:type="dxa"/>
              <w:left w:w="80" w:type="dxa"/>
              <w:bottom w:w="65" w:type="dxa"/>
              <w:right w:w="80" w:type="dxa"/>
            </w:tcMar>
            <w:vAlign w:val="center"/>
          </w:tcPr>
          <w:p w14:paraId="58D3CF9E" w14:textId="77777777" w:rsidR="00D21B21" w:rsidRDefault="00D21B21">
            <w:pPr>
              <w:spacing w:after="0"/>
            </w:pPr>
          </w:p>
        </w:tc>
        <w:tc>
          <w:tcPr>
            <w:tcW w:w="862" w:type="pct"/>
            <w:tcMar>
              <w:top w:w="65" w:type="dxa"/>
              <w:left w:w="80" w:type="dxa"/>
              <w:bottom w:w="65" w:type="dxa"/>
              <w:right w:w="80" w:type="dxa"/>
            </w:tcMar>
            <w:vAlign w:val="center"/>
          </w:tcPr>
          <w:p w14:paraId="50D0B883" w14:textId="77777777" w:rsidR="00D21B21" w:rsidRDefault="00D21B21">
            <w:pPr>
              <w:spacing w:after="0"/>
            </w:pPr>
          </w:p>
        </w:tc>
        <w:tc>
          <w:tcPr>
            <w:tcW w:w="806" w:type="pct"/>
            <w:tcMar>
              <w:top w:w="65" w:type="dxa"/>
              <w:left w:w="80" w:type="dxa"/>
              <w:bottom w:w="65" w:type="dxa"/>
              <w:right w:w="80" w:type="dxa"/>
            </w:tcMar>
            <w:vAlign w:val="center"/>
          </w:tcPr>
          <w:p w14:paraId="72436ACE" w14:textId="77777777" w:rsidR="00D21B21" w:rsidRDefault="00D21B21">
            <w:pPr>
              <w:spacing w:after="0"/>
            </w:pPr>
          </w:p>
        </w:tc>
        <w:tc>
          <w:tcPr>
            <w:tcW w:w="681" w:type="pct"/>
            <w:tcMar>
              <w:top w:w="65" w:type="dxa"/>
              <w:left w:w="80" w:type="dxa"/>
              <w:bottom w:w="65" w:type="dxa"/>
              <w:right w:w="80" w:type="dxa"/>
            </w:tcMar>
            <w:vAlign w:val="center"/>
          </w:tcPr>
          <w:p w14:paraId="1F654C49" w14:textId="77777777" w:rsidR="00D21B21" w:rsidRDefault="00D21B21">
            <w:pPr>
              <w:spacing w:after="0"/>
            </w:pPr>
          </w:p>
        </w:tc>
        <w:tc>
          <w:tcPr>
            <w:tcW w:w="604" w:type="pct"/>
            <w:tcMar>
              <w:top w:w="65" w:type="dxa"/>
              <w:left w:w="80" w:type="dxa"/>
              <w:bottom w:w="65" w:type="dxa"/>
              <w:right w:w="80" w:type="dxa"/>
            </w:tcMar>
            <w:vAlign w:val="center"/>
          </w:tcPr>
          <w:p w14:paraId="0C2C5248" w14:textId="77777777" w:rsidR="00D21B21" w:rsidRDefault="00D21B21">
            <w:pPr>
              <w:spacing w:after="0"/>
            </w:pPr>
          </w:p>
        </w:tc>
        <w:tc>
          <w:tcPr>
            <w:tcW w:w="307" w:type="pct"/>
            <w:tcMar>
              <w:top w:w="65" w:type="dxa"/>
              <w:left w:w="80" w:type="dxa"/>
              <w:bottom w:w="65" w:type="dxa"/>
              <w:right w:w="80" w:type="dxa"/>
            </w:tcMar>
            <w:vAlign w:val="center"/>
          </w:tcPr>
          <w:p w14:paraId="1B5D4BC1" w14:textId="77777777" w:rsidR="00D21B21" w:rsidRDefault="00D21B21">
            <w:pPr>
              <w:spacing w:after="0"/>
            </w:pPr>
          </w:p>
        </w:tc>
        <w:tc>
          <w:tcPr>
            <w:tcW w:w="600" w:type="pct"/>
            <w:tcMar>
              <w:top w:w="65" w:type="dxa"/>
              <w:left w:w="80" w:type="dxa"/>
              <w:bottom w:w="65" w:type="dxa"/>
              <w:right w:w="80" w:type="dxa"/>
            </w:tcMar>
            <w:vAlign w:val="center"/>
          </w:tcPr>
          <w:p w14:paraId="652FFC69" w14:textId="77777777" w:rsidR="00D21B21" w:rsidRDefault="00D21B21">
            <w:pPr>
              <w:spacing w:after="0"/>
            </w:pPr>
          </w:p>
        </w:tc>
      </w:tr>
      <w:tr w:rsidR="00D21B21" w14:paraId="251AF924" w14:textId="77777777" w:rsidTr="00496E8E">
        <w:trPr>
          <w:jc w:val="center"/>
        </w:trPr>
        <w:tc>
          <w:tcPr>
            <w:tcW w:w="310" w:type="pct"/>
            <w:tcMar>
              <w:top w:w="65" w:type="dxa"/>
              <w:left w:w="80" w:type="dxa"/>
              <w:bottom w:w="65" w:type="dxa"/>
              <w:right w:w="80" w:type="dxa"/>
            </w:tcMar>
            <w:vAlign w:val="center"/>
          </w:tcPr>
          <w:p w14:paraId="16E16CEB" w14:textId="77777777" w:rsidR="00D21B21" w:rsidRDefault="00D21B21">
            <w:pPr>
              <w:spacing w:after="0"/>
            </w:pPr>
          </w:p>
        </w:tc>
        <w:tc>
          <w:tcPr>
            <w:tcW w:w="830" w:type="pct"/>
            <w:tcMar>
              <w:top w:w="65" w:type="dxa"/>
              <w:left w:w="80" w:type="dxa"/>
              <w:bottom w:w="65" w:type="dxa"/>
              <w:right w:w="80" w:type="dxa"/>
            </w:tcMar>
            <w:vAlign w:val="center"/>
          </w:tcPr>
          <w:p w14:paraId="611C3D53" w14:textId="77777777" w:rsidR="00D21B21" w:rsidRDefault="00D21B21">
            <w:pPr>
              <w:spacing w:after="0"/>
            </w:pPr>
          </w:p>
        </w:tc>
        <w:tc>
          <w:tcPr>
            <w:tcW w:w="862" w:type="pct"/>
            <w:tcMar>
              <w:top w:w="65" w:type="dxa"/>
              <w:left w:w="80" w:type="dxa"/>
              <w:bottom w:w="65" w:type="dxa"/>
              <w:right w:w="80" w:type="dxa"/>
            </w:tcMar>
            <w:vAlign w:val="center"/>
          </w:tcPr>
          <w:p w14:paraId="13697DB6" w14:textId="77777777" w:rsidR="00D21B21" w:rsidRDefault="00D21B21">
            <w:pPr>
              <w:spacing w:after="0"/>
            </w:pPr>
          </w:p>
        </w:tc>
        <w:tc>
          <w:tcPr>
            <w:tcW w:w="806" w:type="pct"/>
            <w:tcMar>
              <w:top w:w="65" w:type="dxa"/>
              <w:left w:w="80" w:type="dxa"/>
              <w:bottom w:w="65" w:type="dxa"/>
              <w:right w:w="80" w:type="dxa"/>
            </w:tcMar>
            <w:vAlign w:val="center"/>
          </w:tcPr>
          <w:p w14:paraId="51085973" w14:textId="77777777" w:rsidR="00D21B21" w:rsidRDefault="00D21B21">
            <w:pPr>
              <w:spacing w:after="0"/>
            </w:pPr>
          </w:p>
        </w:tc>
        <w:tc>
          <w:tcPr>
            <w:tcW w:w="681" w:type="pct"/>
            <w:tcMar>
              <w:top w:w="65" w:type="dxa"/>
              <w:left w:w="80" w:type="dxa"/>
              <w:bottom w:w="65" w:type="dxa"/>
              <w:right w:w="80" w:type="dxa"/>
            </w:tcMar>
            <w:vAlign w:val="center"/>
          </w:tcPr>
          <w:p w14:paraId="485C82AB" w14:textId="77777777" w:rsidR="00D21B21" w:rsidRDefault="00D21B21">
            <w:pPr>
              <w:spacing w:after="0"/>
            </w:pPr>
          </w:p>
        </w:tc>
        <w:tc>
          <w:tcPr>
            <w:tcW w:w="604" w:type="pct"/>
            <w:tcMar>
              <w:top w:w="65" w:type="dxa"/>
              <w:left w:w="80" w:type="dxa"/>
              <w:bottom w:w="65" w:type="dxa"/>
              <w:right w:w="80" w:type="dxa"/>
            </w:tcMar>
            <w:vAlign w:val="center"/>
          </w:tcPr>
          <w:p w14:paraId="200DB78F" w14:textId="77777777" w:rsidR="00D21B21" w:rsidRDefault="00D21B21">
            <w:pPr>
              <w:spacing w:after="0"/>
            </w:pPr>
          </w:p>
        </w:tc>
        <w:tc>
          <w:tcPr>
            <w:tcW w:w="307" w:type="pct"/>
            <w:tcMar>
              <w:top w:w="65" w:type="dxa"/>
              <w:left w:w="80" w:type="dxa"/>
              <w:bottom w:w="65" w:type="dxa"/>
              <w:right w:w="80" w:type="dxa"/>
            </w:tcMar>
            <w:vAlign w:val="center"/>
          </w:tcPr>
          <w:p w14:paraId="4947AFD5" w14:textId="77777777" w:rsidR="00D21B21" w:rsidRDefault="00D21B21">
            <w:pPr>
              <w:spacing w:after="0"/>
            </w:pPr>
          </w:p>
        </w:tc>
        <w:tc>
          <w:tcPr>
            <w:tcW w:w="600" w:type="pct"/>
            <w:tcMar>
              <w:top w:w="65" w:type="dxa"/>
              <w:left w:w="80" w:type="dxa"/>
              <w:bottom w:w="65" w:type="dxa"/>
              <w:right w:w="80" w:type="dxa"/>
            </w:tcMar>
            <w:vAlign w:val="center"/>
          </w:tcPr>
          <w:p w14:paraId="5E3151C6" w14:textId="77777777" w:rsidR="00D21B21" w:rsidRDefault="00D21B21">
            <w:pPr>
              <w:spacing w:after="0"/>
            </w:pPr>
          </w:p>
        </w:tc>
      </w:tr>
      <w:tr w:rsidR="00D21B21" w14:paraId="5C03FE2F" w14:textId="77777777" w:rsidTr="00496E8E">
        <w:trPr>
          <w:jc w:val="center"/>
        </w:trPr>
        <w:tc>
          <w:tcPr>
            <w:tcW w:w="310" w:type="pct"/>
            <w:tcMar>
              <w:top w:w="65" w:type="dxa"/>
              <w:left w:w="80" w:type="dxa"/>
              <w:bottom w:w="65" w:type="dxa"/>
              <w:right w:w="80" w:type="dxa"/>
            </w:tcMar>
            <w:vAlign w:val="center"/>
          </w:tcPr>
          <w:p w14:paraId="16D49640" w14:textId="77777777" w:rsidR="00D21B21" w:rsidRDefault="00D21B21">
            <w:pPr>
              <w:spacing w:after="0"/>
            </w:pPr>
          </w:p>
        </w:tc>
        <w:tc>
          <w:tcPr>
            <w:tcW w:w="830" w:type="pct"/>
            <w:tcMar>
              <w:top w:w="65" w:type="dxa"/>
              <w:left w:w="80" w:type="dxa"/>
              <w:bottom w:w="65" w:type="dxa"/>
              <w:right w:w="80" w:type="dxa"/>
            </w:tcMar>
            <w:vAlign w:val="center"/>
          </w:tcPr>
          <w:p w14:paraId="7494C341" w14:textId="77777777" w:rsidR="00D21B21" w:rsidRDefault="00D21B21">
            <w:pPr>
              <w:spacing w:after="0"/>
            </w:pPr>
          </w:p>
        </w:tc>
        <w:tc>
          <w:tcPr>
            <w:tcW w:w="862" w:type="pct"/>
            <w:tcMar>
              <w:top w:w="65" w:type="dxa"/>
              <w:left w:w="80" w:type="dxa"/>
              <w:bottom w:w="65" w:type="dxa"/>
              <w:right w:w="80" w:type="dxa"/>
            </w:tcMar>
            <w:vAlign w:val="center"/>
          </w:tcPr>
          <w:p w14:paraId="0A1382B0" w14:textId="77777777" w:rsidR="00D21B21" w:rsidRDefault="00D21B21">
            <w:pPr>
              <w:spacing w:after="0"/>
            </w:pPr>
          </w:p>
        </w:tc>
        <w:tc>
          <w:tcPr>
            <w:tcW w:w="806" w:type="pct"/>
            <w:tcMar>
              <w:top w:w="65" w:type="dxa"/>
              <w:left w:w="80" w:type="dxa"/>
              <w:bottom w:w="65" w:type="dxa"/>
              <w:right w:w="80" w:type="dxa"/>
            </w:tcMar>
            <w:vAlign w:val="center"/>
          </w:tcPr>
          <w:p w14:paraId="298946F9" w14:textId="77777777" w:rsidR="00D21B21" w:rsidRDefault="00D21B21">
            <w:pPr>
              <w:spacing w:after="0"/>
            </w:pPr>
          </w:p>
        </w:tc>
        <w:tc>
          <w:tcPr>
            <w:tcW w:w="681" w:type="pct"/>
            <w:tcMar>
              <w:top w:w="65" w:type="dxa"/>
              <w:left w:w="80" w:type="dxa"/>
              <w:bottom w:w="65" w:type="dxa"/>
              <w:right w:w="80" w:type="dxa"/>
            </w:tcMar>
            <w:vAlign w:val="center"/>
          </w:tcPr>
          <w:p w14:paraId="1274784E" w14:textId="77777777" w:rsidR="00D21B21" w:rsidRDefault="00D21B21">
            <w:pPr>
              <w:spacing w:after="0"/>
            </w:pPr>
          </w:p>
        </w:tc>
        <w:tc>
          <w:tcPr>
            <w:tcW w:w="604" w:type="pct"/>
            <w:tcMar>
              <w:top w:w="65" w:type="dxa"/>
              <w:left w:w="80" w:type="dxa"/>
              <w:bottom w:w="65" w:type="dxa"/>
              <w:right w:w="80" w:type="dxa"/>
            </w:tcMar>
            <w:vAlign w:val="center"/>
          </w:tcPr>
          <w:p w14:paraId="19380482" w14:textId="77777777" w:rsidR="00D21B21" w:rsidRDefault="00D21B21">
            <w:pPr>
              <w:spacing w:after="0"/>
            </w:pPr>
          </w:p>
        </w:tc>
        <w:tc>
          <w:tcPr>
            <w:tcW w:w="307" w:type="pct"/>
            <w:tcMar>
              <w:top w:w="65" w:type="dxa"/>
              <w:left w:w="80" w:type="dxa"/>
              <w:bottom w:w="65" w:type="dxa"/>
              <w:right w:w="80" w:type="dxa"/>
            </w:tcMar>
            <w:vAlign w:val="center"/>
          </w:tcPr>
          <w:p w14:paraId="15119D3C" w14:textId="77777777" w:rsidR="00D21B21" w:rsidRDefault="00D21B21">
            <w:pPr>
              <w:spacing w:after="0"/>
            </w:pPr>
          </w:p>
        </w:tc>
        <w:tc>
          <w:tcPr>
            <w:tcW w:w="600" w:type="pct"/>
            <w:tcMar>
              <w:top w:w="65" w:type="dxa"/>
              <w:left w:w="80" w:type="dxa"/>
              <w:bottom w:w="65" w:type="dxa"/>
              <w:right w:w="80" w:type="dxa"/>
            </w:tcMar>
            <w:vAlign w:val="center"/>
          </w:tcPr>
          <w:p w14:paraId="5FC9CE80" w14:textId="77777777" w:rsidR="00D21B21" w:rsidRDefault="00D21B21">
            <w:pPr>
              <w:spacing w:after="0"/>
            </w:pPr>
          </w:p>
        </w:tc>
      </w:tr>
      <w:tr w:rsidR="00D21B21" w14:paraId="213B1327" w14:textId="77777777" w:rsidTr="00496E8E">
        <w:trPr>
          <w:jc w:val="center"/>
        </w:trPr>
        <w:tc>
          <w:tcPr>
            <w:tcW w:w="310" w:type="pct"/>
            <w:tcMar>
              <w:top w:w="65" w:type="dxa"/>
              <w:left w:w="80" w:type="dxa"/>
              <w:bottom w:w="65" w:type="dxa"/>
              <w:right w:w="80" w:type="dxa"/>
            </w:tcMar>
            <w:vAlign w:val="center"/>
          </w:tcPr>
          <w:p w14:paraId="203B2A51" w14:textId="77777777" w:rsidR="00D21B21" w:rsidRDefault="00D21B21">
            <w:pPr>
              <w:spacing w:after="0"/>
            </w:pPr>
          </w:p>
        </w:tc>
        <w:tc>
          <w:tcPr>
            <w:tcW w:w="830" w:type="pct"/>
            <w:tcMar>
              <w:top w:w="65" w:type="dxa"/>
              <w:left w:w="80" w:type="dxa"/>
              <w:bottom w:w="65" w:type="dxa"/>
              <w:right w:w="80" w:type="dxa"/>
            </w:tcMar>
            <w:vAlign w:val="center"/>
          </w:tcPr>
          <w:p w14:paraId="18D325B8" w14:textId="77777777" w:rsidR="00D21B21" w:rsidRDefault="00D21B21">
            <w:pPr>
              <w:spacing w:after="0"/>
            </w:pPr>
          </w:p>
        </w:tc>
        <w:tc>
          <w:tcPr>
            <w:tcW w:w="862" w:type="pct"/>
            <w:tcMar>
              <w:top w:w="65" w:type="dxa"/>
              <w:left w:w="80" w:type="dxa"/>
              <w:bottom w:w="65" w:type="dxa"/>
              <w:right w:w="80" w:type="dxa"/>
            </w:tcMar>
            <w:vAlign w:val="center"/>
          </w:tcPr>
          <w:p w14:paraId="775AB179" w14:textId="77777777" w:rsidR="00D21B21" w:rsidRDefault="00D21B21">
            <w:pPr>
              <w:spacing w:after="0"/>
            </w:pPr>
          </w:p>
        </w:tc>
        <w:tc>
          <w:tcPr>
            <w:tcW w:w="806" w:type="pct"/>
            <w:tcMar>
              <w:top w:w="65" w:type="dxa"/>
              <w:left w:w="80" w:type="dxa"/>
              <w:bottom w:w="65" w:type="dxa"/>
              <w:right w:w="80" w:type="dxa"/>
            </w:tcMar>
            <w:vAlign w:val="center"/>
          </w:tcPr>
          <w:p w14:paraId="6D57608C" w14:textId="77777777" w:rsidR="00D21B21" w:rsidRDefault="00D21B21">
            <w:pPr>
              <w:spacing w:after="0"/>
            </w:pPr>
          </w:p>
        </w:tc>
        <w:tc>
          <w:tcPr>
            <w:tcW w:w="681" w:type="pct"/>
            <w:tcMar>
              <w:top w:w="65" w:type="dxa"/>
              <w:left w:w="80" w:type="dxa"/>
              <w:bottom w:w="65" w:type="dxa"/>
              <w:right w:w="80" w:type="dxa"/>
            </w:tcMar>
            <w:vAlign w:val="center"/>
          </w:tcPr>
          <w:p w14:paraId="4C1FC2C9" w14:textId="77777777" w:rsidR="00D21B21" w:rsidRDefault="00D21B21">
            <w:pPr>
              <w:spacing w:after="0"/>
            </w:pPr>
          </w:p>
        </w:tc>
        <w:tc>
          <w:tcPr>
            <w:tcW w:w="604" w:type="pct"/>
            <w:tcMar>
              <w:top w:w="65" w:type="dxa"/>
              <w:left w:w="80" w:type="dxa"/>
              <w:bottom w:w="65" w:type="dxa"/>
              <w:right w:w="80" w:type="dxa"/>
            </w:tcMar>
            <w:vAlign w:val="center"/>
          </w:tcPr>
          <w:p w14:paraId="79807075" w14:textId="77777777" w:rsidR="00D21B21" w:rsidRDefault="00D21B21">
            <w:pPr>
              <w:spacing w:after="0"/>
            </w:pPr>
          </w:p>
        </w:tc>
        <w:tc>
          <w:tcPr>
            <w:tcW w:w="307" w:type="pct"/>
            <w:tcMar>
              <w:top w:w="65" w:type="dxa"/>
              <w:left w:w="80" w:type="dxa"/>
              <w:bottom w:w="65" w:type="dxa"/>
              <w:right w:w="80" w:type="dxa"/>
            </w:tcMar>
            <w:vAlign w:val="center"/>
          </w:tcPr>
          <w:p w14:paraId="4F6737BB" w14:textId="77777777" w:rsidR="00D21B21" w:rsidRDefault="00D21B21">
            <w:pPr>
              <w:spacing w:after="0"/>
            </w:pPr>
          </w:p>
        </w:tc>
        <w:tc>
          <w:tcPr>
            <w:tcW w:w="600" w:type="pct"/>
            <w:tcMar>
              <w:top w:w="65" w:type="dxa"/>
              <w:left w:w="80" w:type="dxa"/>
              <w:bottom w:w="65" w:type="dxa"/>
              <w:right w:w="80" w:type="dxa"/>
            </w:tcMar>
            <w:vAlign w:val="center"/>
          </w:tcPr>
          <w:p w14:paraId="45D1EB42" w14:textId="77777777" w:rsidR="00D21B21" w:rsidRDefault="00D21B21">
            <w:pPr>
              <w:spacing w:after="0"/>
            </w:pPr>
          </w:p>
        </w:tc>
      </w:tr>
      <w:tr w:rsidR="00D21B21" w14:paraId="52135545" w14:textId="77777777" w:rsidTr="00496E8E">
        <w:trPr>
          <w:jc w:val="center"/>
        </w:trPr>
        <w:tc>
          <w:tcPr>
            <w:tcW w:w="310" w:type="pct"/>
            <w:tcMar>
              <w:top w:w="65" w:type="dxa"/>
              <w:left w:w="80" w:type="dxa"/>
              <w:bottom w:w="65" w:type="dxa"/>
              <w:right w:w="80" w:type="dxa"/>
            </w:tcMar>
            <w:vAlign w:val="center"/>
          </w:tcPr>
          <w:p w14:paraId="725A8047" w14:textId="77777777" w:rsidR="00D21B21" w:rsidRDefault="00D21B21">
            <w:pPr>
              <w:spacing w:after="0"/>
            </w:pPr>
          </w:p>
        </w:tc>
        <w:tc>
          <w:tcPr>
            <w:tcW w:w="830" w:type="pct"/>
            <w:tcMar>
              <w:top w:w="65" w:type="dxa"/>
              <w:left w:w="80" w:type="dxa"/>
              <w:bottom w:w="65" w:type="dxa"/>
              <w:right w:w="80" w:type="dxa"/>
            </w:tcMar>
            <w:vAlign w:val="center"/>
          </w:tcPr>
          <w:p w14:paraId="14F81E14" w14:textId="77777777" w:rsidR="00D21B21" w:rsidRDefault="00D21B21">
            <w:pPr>
              <w:spacing w:after="0"/>
            </w:pPr>
          </w:p>
        </w:tc>
        <w:tc>
          <w:tcPr>
            <w:tcW w:w="862" w:type="pct"/>
            <w:tcMar>
              <w:top w:w="65" w:type="dxa"/>
              <w:left w:w="80" w:type="dxa"/>
              <w:bottom w:w="65" w:type="dxa"/>
              <w:right w:w="80" w:type="dxa"/>
            </w:tcMar>
            <w:vAlign w:val="center"/>
          </w:tcPr>
          <w:p w14:paraId="0DA6A987" w14:textId="77777777" w:rsidR="00D21B21" w:rsidRDefault="00D21B21">
            <w:pPr>
              <w:spacing w:after="0"/>
            </w:pPr>
          </w:p>
        </w:tc>
        <w:tc>
          <w:tcPr>
            <w:tcW w:w="806" w:type="pct"/>
            <w:tcMar>
              <w:top w:w="65" w:type="dxa"/>
              <w:left w:w="80" w:type="dxa"/>
              <w:bottom w:w="65" w:type="dxa"/>
              <w:right w:w="80" w:type="dxa"/>
            </w:tcMar>
            <w:vAlign w:val="center"/>
          </w:tcPr>
          <w:p w14:paraId="4DC265BA" w14:textId="77777777" w:rsidR="00D21B21" w:rsidRDefault="00D21B21">
            <w:pPr>
              <w:spacing w:after="0"/>
            </w:pPr>
          </w:p>
        </w:tc>
        <w:tc>
          <w:tcPr>
            <w:tcW w:w="681" w:type="pct"/>
            <w:tcMar>
              <w:top w:w="65" w:type="dxa"/>
              <w:left w:w="80" w:type="dxa"/>
              <w:bottom w:w="65" w:type="dxa"/>
              <w:right w:w="80" w:type="dxa"/>
            </w:tcMar>
            <w:vAlign w:val="center"/>
          </w:tcPr>
          <w:p w14:paraId="35C56790" w14:textId="77777777" w:rsidR="00D21B21" w:rsidRDefault="00D21B21">
            <w:pPr>
              <w:spacing w:after="0"/>
            </w:pPr>
          </w:p>
        </w:tc>
        <w:tc>
          <w:tcPr>
            <w:tcW w:w="604" w:type="pct"/>
            <w:tcMar>
              <w:top w:w="65" w:type="dxa"/>
              <w:left w:w="80" w:type="dxa"/>
              <w:bottom w:w="65" w:type="dxa"/>
              <w:right w:w="80" w:type="dxa"/>
            </w:tcMar>
            <w:vAlign w:val="center"/>
          </w:tcPr>
          <w:p w14:paraId="7122D4BA" w14:textId="77777777" w:rsidR="00D21B21" w:rsidRDefault="00D21B21">
            <w:pPr>
              <w:spacing w:after="0"/>
            </w:pPr>
          </w:p>
        </w:tc>
        <w:tc>
          <w:tcPr>
            <w:tcW w:w="307" w:type="pct"/>
            <w:tcMar>
              <w:top w:w="65" w:type="dxa"/>
              <w:left w:w="80" w:type="dxa"/>
              <w:bottom w:w="65" w:type="dxa"/>
              <w:right w:w="80" w:type="dxa"/>
            </w:tcMar>
            <w:vAlign w:val="center"/>
          </w:tcPr>
          <w:p w14:paraId="6047E678" w14:textId="77777777" w:rsidR="00D21B21" w:rsidRDefault="00D21B21">
            <w:pPr>
              <w:spacing w:after="0"/>
            </w:pPr>
          </w:p>
        </w:tc>
        <w:tc>
          <w:tcPr>
            <w:tcW w:w="600" w:type="pct"/>
            <w:tcMar>
              <w:top w:w="65" w:type="dxa"/>
              <w:left w:w="80" w:type="dxa"/>
              <w:bottom w:w="65" w:type="dxa"/>
              <w:right w:w="80" w:type="dxa"/>
            </w:tcMar>
            <w:vAlign w:val="center"/>
          </w:tcPr>
          <w:p w14:paraId="41617005" w14:textId="77777777" w:rsidR="00D21B21" w:rsidRDefault="00D21B21">
            <w:pPr>
              <w:spacing w:after="0"/>
            </w:pPr>
          </w:p>
        </w:tc>
      </w:tr>
      <w:tr w:rsidR="00D21B21" w14:paraId="3B91D965" w14:textId="77777777" w:rsidTr="00496E8E">
        <w:trPr>
          <w:jc w:val="center"/>
        </w:trPr>
        <w:tc>
          <w:tcPr>
            <w:tcW w:w="310" w:type="pct"/>
            <w:tcMar>
              <w:top w:w="65" w:type="dxa"/>
              <w:left w:w="80" w:type="dxa"/>
              <w:bottom w:w="65" w:type="dxa"/>
              <w:right w:w="80" w:type="dxa"/>
            </w:tcMar>
            <w:vAlign w:val="center"/>
          </w:tcPr>
          <w:p w14:paraId="4ABB0FA8" w14:textId="77777777" w:rsidR="00D21B21" w:rsidRDefault="00D21B21">
            <w:pPr>
              <w:spacing w:after="0"/>
            </w:pPr>
          </w:p>
        </w:tc>
        <w:tc>
          <w:tcPr>
            <w:tcW w:w="830" w:type="pct"/>
            <w:tcMar>
              <w:top w:w="65" w:type="dxa"/>
              <w:left w:w="80" w:type="dxa"/>
              <w:bottom w:w="65" w:type="dxa"/>
              <w:right w:w="80" w:type="dxa"/>
            </w:tcMar>
            <w:vAlign w:val="center"/>
          </w:tcPr>
          <w:p w14:paraId="055486D6" w14:textId="77777777" w:rsidR="00D21B21" w:rsidRDefault="00D21B21">
            <w:pPr>
              <w:spacing w:after="0"/>
            </w:pPr>
          </w:p>
        </w:tc>
        <w:tc>
          <w:tcPr>
            <w:tcW w:w="862" w:type="pct"/>
            <w:tcMar>
              <w:top w:w="65" w:type="dxa"/>
              <w:left w:w="80" w:type="dxa"/>
              <w:bottom w:w="65" w:type="dxa"/>
              <w:right w:w="80" w:type="dxa"/>
            </w:tcMar>
            <w:vAlign w:val="center"/>
          </w:tcPr>
          <w:p w14:paraId="16C57B50" w14:textId="77777777" w:rsidR="00D21B21" w:rsidRDefault="00D21B21">
            <w:pPr>
              <w:spacing w:after="0"/>
            </w:pPr>
          </w:p>
        </w:tc>
        <w:tc>
          <w:tcPr>
            <w:tcW w:w="806" w:type="pct"/>
            <w:tcMar>
              <w:top w:w="65" w:type="dxa"/>
              <w:left w:w="80" w:type="dxa"/>
              <w:bottom w:w="65" w:type="dxa"/>
              <w:right w:w="80" w:type="dxa"/>
            </w:tcMar>
            <w:vAlign w:val="center"/>
          </w:tcPr>
          <w:p w14:paraId="31186F0D" w14:textId="77777777" w:rsidR="00D21B21" w:rsidRDefault="00D21B21">
            <w:pPr>
              <w:spacing w:after="0"/>
            </w:pPr>
          </w:p>
        </w:tc>
        <w:tc>
          <w:tcPr>
            <w:tcW w:w="681" w:type="pct"/>
            <w:tcMar>
              <w:top w:w="65" w:type="dxa"/>
              <w:left w:w="80" w:type="dxa"/>
              <w:bottom w:w="65" w:type="dxa"/>
              <w:right w:w="80" w:type="dxa"/>
            </w:tcMar>
            <w:vAlign w:val="center"/>
          </w:tcPr>
          <w:p w14:paraId="1169080A" w14:textId="77777777" w:rsidR="00D21B21" w:rsidRDefault="00D21B21">
            <w:pPr>
              <w:spacing w:after="0"/>
            </w:pPr>
          </w:p>
        </w:tc>
        <w:tc>
          <w:tcPr>
            <w:tcW w:w="604" w:type="pct"/>
            <w:tcMar>
              <w:top w:w="65" w:type="dxa"/>
              <w:left w:w="80" w:type="dxa"/>
              <w:bottom w:w="65" w:type="dxa"/>
              <w:right w:w="80" w:type="dxa"/>
            </w:tcMar>
            <w:vAlign w:val="center"/>
          </w:tcPr>
          <w:p w14:paraId="05661199" w14:textId="77777777" w:rsidR="00D21B21" w:rsidRDefault="00D21B21">
            <w:pPr>
              <w:spacing w:after="0"/>
            </w:pPr>
          </w:p>
        </w:tc>
        <w:tc>
          <w:tcPr>
            <w:tcW w:w="307" w:type="pct"/>
            <w:tcMar>
              <w:top w:w="65" w:type="dxa"/>
              <w:left w:w="80" w:type="dxa"/>
              <w:bottom w:w="65" w:type="dxa"/>
              <w:right w:w="80" w:type="dxa"/>
            </w:tcMar>
            <w:vAlign w:val="center"/>
          </w:tcPr>
          <w:p w14:paraId="37BDC345" w14:textId="77777777" w:rsidR="00D21B21" w:rsidRDefault="00D21B21">
            <w:pPr>
              <w:spacing w:after="0"/>
            </w:pPr>
          </w:p>
        </w:tc>
        <w:tc>
          <w:tcPr>
            <w:tcW w:w="600" w:type="pct"/>
            <w:tcMar>
              <w:top w:w="65" w:type="dxa"/>
              <w:left w:w="80" w:type="dxa"/>
              <w:bottom w:w="65" w:type="dxa"/>
              <w:right w:w="80" w:type="dxa"/>
            </w:tcMar>
            <w:vAlign w:val="center"/>
          </w:tcPr>
          <w:p w14:paraId="05F8F9BF" w14:textId="77777777" w:rsidR="00D21B21" w:rsidRDefault="00D21B21">
            <w:pPr>
              <w:spacing w:after="0"/>
            </w:pPr>
          </w:p>
        </w:tc>
      </w:tr>
      <w:tr w:rsidR="00D21B21" w14:paraId="628D6803" w14:textId="77777777" w:rsidTr="00496E8E">
        <w:trPr>
          <w:jc w:val="center"/>
        </w:trPr>
        <w:tc>
          <w:tcPr>
            <w:tcW w:w="310" w:type="pct"/>
            <w:tcMar>
              <w:top w:w="65" w:type="dxa"/>
              <w:left w:w="80" w:type="dxa"/>
              <w:bottom w:w="65" w:type="dxa"/>
              <w:right w:w="80" w:type="dxa"/>
            </w:tcMar>
            <w:vAlign w:val="center"/>
          </w:tcPr>
          <w:p w14:paraId="654DDCB1" w14:textId="77777777" w:rsidR="00D21B21" w:rsidRDefault="00D21B21">
            <w:pPr>
              <w:spacing w:after="0"/>
            </w:pPr>
          </w:p>
        </w:tc>
        <w:tc>
          <w:tcPr>
            <w:tcW w:w="830" w:type="pct"/>
            <w:tcMar>
              <w:top w:w="65" w:type="dxa"/>
              <w:left w:w="80" w:type="dxa"/>
              <w:bottom w:w="65" w:type="dxa"/>
              <w:right w:w="80" w:type="dxa"/>
            </w:tcMar>
            <w:vAlign w:val="center"/>
          </w:tcPr>
          <w:p w14:paraId="77186CCE" w14:textId="77777777" w:rsidR="00D21B21" w:rsidRDefault="00D21B21">
            <w:pPr>
              <w:spacing w:after="0"/>
            </w:pPr>
          </w:p>
        </w:tc>
        <w:tc>
          <w:tcPr>
            <w:tcW w:w="862" w:type="pct"/>
            <w:tcMar>
              <w:top w:w="65" w:type="dxa"/>
              <w:left w:w="80" w:type="dxa"/>
              <w:bottom w:w="65" w:type="dxa"/>
              <w:right w:w="80" w:type="dxa"/>
            </w:tcMar>
            <w:vAlign w:val="center"/>
          </w:tcPr>
          <w:p w14:paraId="7F131A5C" w14:textId="77777777" w:rsidR="00D21B21" w:rsidRDefault="00D21B21">
            <w:pPr>
              <w:spacing w:after="0"/>
            </w:pPr>
          </w:p>
        </w:tc>
        <w:tc>
          <w:tcPr>
            <w:tcW w:w="806" w:type="pct"/>
            <w:tcMar>
              <w:top w:w="65" w:type="dxa"/>
              <w:left w:w="80" w:type="dxa"/>
              <w:bottom w:w="65" w:type="dxa"/>
              <w:right w:w="80" w:type="dxa"/>
            </w:tcMar>
            <w:vAlign w:val="center"/>
          </w:tcPr>
          <w:p w14:paraId="1AE7419F" w14:textId="77777777" w:rsidR="00D21B21" w:rsidRDefault="00D21B21">
            <w:pPr>
              <w:spacing w:after="0"/>
            </w:pPr>
          </w:p>
        </w:tc>
        <w:tc>
          <w:tcPr>
            <w:tcW w:w="681" w:type="pct"/>
            <w:tcMar>
              <w:top w:w="65" w:type="dxa"/>
              <w:left w:w="80" w:type="dxa"/>
              <w:bottom w:w="65" w:type="dxa"/>
              <w:right w:w="80" w:type="dxa"/>
            </w:tcMar>
            <w:vAlign w:val="center"/>
          </w:tcPr>
          <w:p w14:paraId="34CD3087" w14:textId="77777777" w:rsidR="00D21B21" w:rsidRDefault="00D21B21">
            <w:pPr>
              <w:spacing w:after="0"/>
            </w:pPr>
          </w:p>
        </w:tc>
        <w:tc>
          <w:tcPr>
            <w:tcW w:w="604" w:type="pct"/>
            <w:tcMar>
              <w:top w:w="65" w:type="dxa"/>
              <w:left w:w="80" w:type="dxa"/>
              <w:bottom w:w="65" w:type="dxa"/>
              <w:right w:w="80" w:type="dxa"/>
            </w:tcMar>
            <w:vAlign w:val="center"/>
          </w:tcPr>
          <w:p w14:paraId="3ECB749F" w14:textId="77777777" w:rsidR="00D21B21" w:rsidRDefault="00D21B21">
            <w:pPr>
              <w:spacing w:after="0"/>
            </w:pPr>
          </w:p>
        </w:tc>
        <w:tc>
          <w:tcPr>
            <w:tcW w:w="307" w:type="pct"/>
            <w:tcMar>
              <w:top w:w="65" w:type="dxa"/>
              <w:left w:w="80" w:type="dxa"/>
              <w:bottom w:w="65" w:type="dxa"/>
              <w:right w:w="80" w:type="dxa"/>
            </w:tcMar>
            <w:vAlign w:val="center"/>
          </w:tcPr>
          <w:p w14:paraId="1E45DFD7" w14:textId="77777777" w:rsidR="00D21B21" w:rsidRDefault="00D21B21">
            <w:pPr>
              <w:spacing w:after="0"/>
            </w:pPr>
          </w:p>
        </w:tc>
        <w:tc>
          <w:tcPr>
            <w:tcW w:w="600" w:type="pct"/>
            <w:tcMar>
              <w:top w:w="65" w:type="dxa"/>
              <w:left w:w="80" w:type="dxa"/>
              <w:bottom w:w="65" w:type="dxa"/>
              <w:right w:w="80" w:type="dxa"/>
            </w:tcMar>
            <w:vAlign w:val="center"/>
          </w:tcPr>
          <w:p w14:paraId="79A8FA0B" w14:textId="77777777" w:rsidR="00D21B21" w:rsidRDefault="00D21B21">
            <w:pPr>
              <w:spacing w:after="0"/>
            </w:pPr>
          </w:p>
        </w:tc>
      </w:tr>
      <w:tr w:rsidR="00D21B21" w14:paraId="4EE9ACB0" w14:textId="77777777" w:rsidTr="00496E8E">
        <w:trPr>
          <w:jc w:val="center"/>
        </w:trPr>
        <w:tc>
          <w:tcPr>
            <w:tcW w:w="310" w:type="pct"/>
            <w:tcMar>
              <w:top w:w="65" w:type="dxa"/>
              <w:left w:w="80" w:type="dxa"/>
              <w:bottom w:w="65" w:type="dxa"/>
              <w:right w:w="80" w:type="dxa"/>
            </w:tcMar>
            <w:vAlign w:val="center"/>
          </w:tcPr>
          <w:p w14:paraId="65DC2A35" w14:textId="77777777" w:rsidR="00D21B21" w:rsidRDefault="00D21B21">
            <w:pPr>
              <w:spacing w:after="0"/>
            </w:pPr>
          </w:p>
        </w:tc>
        <w:tc>
          <w:tcPr>
            <w:tcW w:w="830" w:type="pct"/>
            <w:tcMar>
              <w:top w:w="65" w:type="dxa"/>
              <w:left w:w="80" w:type="dxa"/>
              <w:bottom w:w="65" w:type="dxa"/>
              <w:right w:w="80" w:type="dxa"/>
            </w:tcMar>
            <w:vAlign w:val="center"/>
          </w:tcPr>
          <w:p w14:paraId="4A4C1B67" w14:textId="77777777" w:rsidR="00D21B21" w:rsidRDefault="00D21B21">
            <w:pPr>
              <w:spacing w:after="0"/>
            </w:pPr>
          </w:p>
        </w:tc>
        <w:tc>
          <w:tcPr>
            <w:tcW w:w="862" w:type="pct"/>
            <w:tcMar>
              <w:top w:w="65" w:type="dxa"/>
              <w:left w:w="80" w:type="dxa"/>
              <w:bottom w:w="65" w:type="dxa"/>
              <w:right w:w="80" w:type="dxa"/>
            </w:tcMar>
            <w:vAlign w:val="center"/>
          </w:tcPr>
          <w:p w14:paraId="64C42AB0" w14:textId="77777777" w:rsidR="00D21B21" w:rsidRDefault="00D21B21">
            <w:pPr>
              <w:spacing w:after="0"/>
            </w:pPr>
          </w:p>
        </w:tc>
        <w:tc>
          <w:tcPr>
            <w:tcW w:w="806" w:type="pct"/>
            <w:tcMar>
              <w:top w:w="65" w:type="dxa"/>
              <w:left w:w="80" w:type="dxa"/>
              <w:bottom w:w="65" w:type="dxa"/>
              <w:right w:w="80" w:type="dxa"/>
            </w:tcMar>
            <w:vAlign w:val="center"/>
          </w:tcPr>
          <w:p w14:paraId="54A68DD5" w14:textId="77777777" w:rsidR="00D21B21" w:rsidRDefault="00D21B21">
            <w:pPr>
              <w:spacing w:after="0"/>
            </w:pPr>
          </w:p>
        </w:tc>
        <w:tc>
          <w:tcPr>
            <w:tcW w:w="681" w:type="pct"/>
            <w:tcMar>
              <w:top w:w="65" w:type="dxa"/>
              <w:left w:w="80" w:type="dxa"/>
              <w:bottom w:w="65" w:type="dxa"/>
              <w:right w:w="80" w:type="dxa"/>
            </w:tcMar>
            <w:vAlign w:val="center"/>
          </w:tcPr>
          <w:p w14:paraId="149C13CD" w14:textId="77777777" w:rsidR="00D21B21" w:rsidRDefault="00D21B21">
            <w:pPr>
              <w:spacing w:after="0"/>
            </w:pPr>
          </w:p>
        </w:tc>
        <w:tc>
          <w:tcPr>
            <w:tcW w:w="604" w:type="pct"/>
            <w:tcMar>
              <w:top w:w="65" w:type="dxa"/>
              <w:left w:w="80" w:type="dxa"/>
              <w:bottom w:w="65" w:type="dxa"/>
              <w:right w:w="80" w:type="dxa"/>
            </w:tcMar>
            <w:vAlign w:val="center"/>
          </w:tcPr>
          <w:p w14:paraId="42B056C5" w14:textId="77777777" w:rsidR="00D21B21" w:rsidRDefault="00D21B21">
            <w:pPr>
              <w:spacing w:after="0"/>
            </w:pPr>
          </w:p>
        </w:tc>
        <w:tc>
          <w:tcPr>
            <w:tcW w:w="307" w:type="pct"/>
            <w:tcMar>
              <w:top w:w="65" w:type="dxa"/>
              <w:left w:w="80" w:type="dxa"/>
              <w:bottom w:w="65" w:type="dxa"/>
              <w:right w:w="80" w:type="dxa"/>
            </w:tcMar>
            <w:vAlign w:val="center"/>
          </w:tcPr>
          <w:p w14:paraId="01FD9F5C" w14:textId="77777777" w:rsidR="00D21B21" w:rsidRDefault="00D21B21">
            <w:pPr>
              <w:spacing w:after="0"/>
            </w:pPr>
          </w:p>
        </w:tc>
        <w:tc>
          <w:tcPr>
            <w:tcW w:w="600" w:type="pct"/>
            <w:tcMar>
              <w:top w:w="65" w:type="dxa"/>
              <w:left w:w="80" w:type="dxa"/>
              <w:bottom w:w="65" w:type="dxa"/>
              <w:right w:w="80" w:type="dxa"/>
            </w:tcMar>
            <w:vAlign w:val="center"/>
          </w:tcPr>
          <w:p w14:paraId="79D72D16" w14:textId="77777777" w:rsidR="00D21B21" w:rsidRDefault="00D21B21">
            <w:pPr>
              <w:spacing w:after="0"/>
            </w:pPr>
          </w:p>
        </w:tc>
      </w:tr>
    </w:tbl>
    <w:p w14:paraId="7592CAE7" w14:textId="77777777" w:rsidR="00D21B21" w:rsidRDefault="0034659B">
      <w:pPr>
        <w:pStyle w:val="NoteVK"/>
      </w:pPr>
      <w:r>
        <w:rPr>
          <w:i/>
        </w:rPr>
        <w:t>* FTE un gada apgrozījumu norāda ražotāju grupas dalībniekiem, lai izvērtētu atbilstību PEFC ražotāju grupas kritērijiem (ne vairāk kā 50 FTE un apgrozījums ne vairāk kā 10 000 000 EUR).</w:t>
      </w:r>
    </w:p>
    <w:p w14:paraId="1B7F007F" w14:textId="77777777" w:rsidR="00D21B21" w:rsidRDefault="0034659B">
      <w:pPr>
        <w:pStyle w:val="Head1VK"/>
        <w:keepNext/>
      </w:pPr>
      <w:r>
        <w:t>2. PIELIKUMS — ĀRPAKALPOJUMA DARBĪBAS</w:t>
      </w:r>
    </w:p>
    <w:tbl>
      <w:tblPr>
        <w:tblStyle w:val="TableGrid"/>
        <w:tblW w:w="5000" w:type="pct"/>
        <w:jc w:val="center"/>
        <w:tblLook w:val="04A0" w:firstRow="1" w:lastRow="0" w:firstColumn="1" w:lastColumn="0" w:noHBand="0" w:noVBand="1"/>
      </w:tblPr>
      <w:tblGrid>
        <w:gridCol w:w="2073"/>
        <w:gridCol w:w="2240"/>
        <w:gridCol w:w="2407"/>
        <w:gridCol w:w="1903"/>
        <w:gridCol w:w="1567"/>
      </w:tblGrid>
      <w:tr w:rsidR="00D21B21" w14:paraId="3D6E9C74" w14:textId="77777777" w:rsidTr="00496E8E">
        <w:trPr>
          <w:tblHeader/>
          <w:jc w:val="center"/>
        </w:trPr>
        <w:tc>
          <w:tcPr>
            <w:tcW w:w="1017" w:type="pct"/>
            <w:shd w:val="clear" w:color="auto" w:fill="D9E2F3"/>
            <w:tcMar>
              <w:top w:w="65" w:type="dxa"/>
              <w:left w:w="80" w:type="dxa"/>
              <w:bottom w:w="65" w:type="dxa"/>
              <w:right w:w="80" w:type="dxa"/>
            </w:tcMar>
            <w:vAlign w:val="center"/>
          </w:tcPr>
          <w:p w14:paraId="7242D649" w14:textId="77777777" w:rsidR="00D21B21" w:rsidRDefault="0034659B">
            <w:pPr>
              <w:spacing w:after="0"/>
            </w:pPr>
            <w:r>
              <w:rPr>
                <w:b/>
                <w:sz w:val="15"/>
              </w:rPr>
              <w:t>Ārpakalpojuma sniedzējs</w:t>
            </w:r>
          </w:p>
        </w:tc>
        <w:tc>
          <w:tcPr>
            <w:tcW w:w="1099" w:type="pct"/>
            <w:shd w:val="clear" w:color="auto" w:fill="D9E2F3"/>
            <w:tcMar>
              <w:top w:w="65" w:type="dxa"/>
              <w:left w:w="80" w:type="dxa"/>
              <w:bottom w:w="65" w:type="dxa"/>
              <w:right w:w="80" w:type="dxa"/>
            </w:tcMar>
            <w:vAlign w:val="center"/>
          </w:tcPr>
          <w:p w14:paraId="092399AC" w14:textId="77777777" w:rsidR="00D21B21" w:rsidRDefault="0034659B">
            <w:pPr>
              <w:spacing w:after="0"/>
            </w:pPr>
            <w:r>
              <w:rPr>
                <w:b/>
                <w:sz w:val="15"/>
              </w:rPr>
              <w:t>Adrese</w:t>
            </w:r>
          </w:p>
        </w:tc>
        <w:tc>
          <w:tcPr>
            <w:tcW w:w="1181" w:type="pct"/>
            <w:shd w:val="clear" w:color="auto" w:fill="D9E2F3"/>
            <w:tcMar>
              <w:top w:w="65" w:type="dxa"/>
              <w:left w:w="80" w:type="dxa"/>
              <w:bottom w:w="65" w:type="dxa"/>
              <w:right w:w="80" w:type="dxa"/>
            </w:tcMar>
            <w:vAlign w:val="center"/>
          </w:tcPr>
          <w:p w14:paraId="35CB055F" w14:textId="77777777" w:rsidR="00D21B21" w:rsidRDefault="0034659B">
            <w:pPr>
              <w:spacing w:after="0"/>
            </w:pPr>
            <w:r>
              <w:rPr>
                <w:b/>
                <w:sz w:val="15"/>
              </w:rPr>
              <w:t>Ārpakalpojuma darbība</w:t>
            </w:r>
          </w:p>
        </w:tc>
        <w:tc>
          <w:tcPr>
            <w:tcW w:w="934" w:type="pct"/>
            <w:shd w:val="clear" w:color="auto" w:fill="D9E2F3"/>
            <w:tcMar>
              <w:top w:w="65" w:type="dxa"/>
              <w:left w:w="80" w:type="dxa"/>
              <w:bottom w:w="65" w:type="dxa"/>
              <w:right w:w="80" w:type="dxa"/>
            </w:tcMar>
            <w:vAlign w:val="center"/>
          </w:tcPr>
          <w:p w14:paraId="4899D598" w14:textId="77777777" w:rsidR="00D21B21" w:rsidRDefault="0034659B">
            <w:pPr>
              <w:spacing w:after="0"/>
            </w:pPr>
            <w:r>
              <w:rPr>
                <w:b/>
                <w:sz w:val="15"/>
              </w:rPr>
              <w:t>Produkti / materiāli</w:t>
            </w:r>
          </w:p>
        </w:tc>
        <w:tc>
          <w:tcPr>
            <w:tcW w:w="769" w:type="pct"/>
            <w:shd w:val="clear" w:color="auto" w:fill="D9E2F3"/>
            <w:tcMar>
              <w:top w:w="65" w:type="dxa"/>
              <w:left w:w="80" w:type="dxa"/>
              <w:bottom w:w="65" w:type="dxa"/>
              <w:right w:w="80" w:type="dxa"/>
            </w:tcMar>
            <w:vAlign w:val="center"/>
          </w:tcPr>
          <w:p w14:paraId="50A3F804" w14:textId="77777777" w:rsidR="00D21B21" w:rsidRDefault="0034659B">
            <w:pPr>
              <w:spacing w:after="0"/>
            </w:pPr>
            <w:r>
              <w:rPr>
                <w:b/>
                <w:sz w:val="15"/>
              </w:rPr>
              <w:t>PEFC sertifikāts (ja ir)</w:t>
            </w:r>
          </w:p>
        </w:tc>
      </w:tr>
      <w:tr w:rsidR="00D21B21" w14:paraId="385275F1" w14:textId="77777777" w:rsidTr="00496E8E">
        <w:trPr>
          <w:jc w:val="center"/>
        </w:trPr>
        <w:tc>
          <w:tcPr>
            <w:tcW w:w="1017" w:type="pct"/>
            <w:tcMar>
              <w:top w:w="65" w:type="dxa"/>
              <w:left w:w="80" w:type="dxa"/>
              <w:bottom w:w="65" w:type="dxa"/>
              <w:right w:w="80" w:type="dxa"/>
            </w:tcMar>
            <w:vAlign w:val="center"/>
          </w:tcPr>
          <w:p w14:paraId="5774D04D" w14:textId="77777777" w:rsidR="00D21B21" w:rsidRDefault="00D21B21">
            <w:pPr>
              <w:spacing w:after="0"/>
            </w:pPr>
          </w:p>
        </w:tc>
        <w:tc>
          <w:tcPr>
            <w:tcW w:w="1099" w:type="pct"/>
            <w:tcMar>
              <w:top w:w="65" w:type="dxa"/>
              <w:left w:w="80" w:type="dxa"/>
              <w:bottom w:w="65" w:type="dxa"/>
              <w:right w:w="80" w:type="dxa"/>
            </w:tcMar>
            <w:vAlign w:val="center"/>
          </w:tcPr>
          <w:p w14:paraId="376802B9" w14:textId="77777777" w:rsidR="00D21B21" w:rsidRDefault="00D21B21">
            <w:pPr>
              <w:spacing w:after="0"/>
            </w:pPr>
          </w:p>
        </w:tc>
        <w:tc>
          <w:tcPr>
            <w:tcW w:w="1181" w:type="pct"/>
            <w:tcMar>
              <w:top w:w="65" w:type="dxa"/>
              <w:left w:w="80" w:type="dxa"/>
              <w:bottom w:w="65" w:type="dxa"/>
              <w:right w:w="80" w:type="dxa"/>
            </w:tcMar>
            <w:vAlign w:val="center"/>
          </w:tcPr>
          <w:p w14:paraId="2C3D4A80" w14:textId="77777777" w:rsidR="00D21B21" w:rsidRDefault="00D21B21">
            <w:pPr>
              <w:spacing w:after="0"/>
            </w:pPr>
          </w:p>
        </w:tc>
        <w:tc>
          <w:tcPr>
            <w:tcW w:w="934" w:type="pct"/>
            <w:tcMar>
              <w:top w:w="65" w:type="dxa"/>
              <w:left w:w="80" w:type="dxa"/>
              <w:bottom w:w="65" w:type="dxa"/>
              <w:right w:w="80" w:type="dxa"/>
            </w:tcMar>
            <w:vAlign w:val="center"/>
          </w:tcPr>
          <w:p w14:paraId="465FDB6E" w14:textId="77777777" w:rsidR="00D21B21" w:rsidRDefault="00D21B21">
            <w:pPr>
              <w:spacing w:after="0"/>
            </w:pPr>
          </w:p>
        </w:tc>
        <w:tc>
          <w:tcPr>
            <w:tcW w:w="769" w:type="pct"/>
            <w:tcMar>
              <w:top w:w="65" w:type="dxa"/>
              <w:left w:w="80" w:type="dxa"/>
              <w:bottom w:w="65" w:type="dxa"/>
              <w:right w:w="80" w:type="dxa"/>
            </w:tcMar>
            <w:vAlign w:val="center"/>
          </w:tcPr>
          <w:p w14:paraId="6671D703" w14:textId="77777777" w:rsidR="00D21B21" w:rsidRDefault="00D21B21">
            <w:pPr>
              <w:spacing w:after="0"/>
            </w:pPr>
          </w:p>
        </w:tc>
      </w:tr>
      <w:tr w:rsidR="00D21B21" w14:paraId="2F1EEB5F" w14:textId="77777777" w:rsidTr="00496E8E">
        <w:trPr>
          <w:jc w:val="center"/>
        </w:trPr>
        <w:tc>
          <w:tcPr>
            <w:tcW w:w="1017" w:type="pct"/>
            <w:tcMar>
              <w:top w:w="65" w:type="dxa"/>
              <w:left w:w="80" w:type="dxa"/>
              <w:bottom w:w="65" w:type="dxa"/>
              <w:right w:w="80" w:type="dxa"/>
            </w:tcMar>
            <w:vAlign w:val="center"/>
          </w:tcPr>
          <w:p w14:paraId="4E836EF3" w14:textId="77777777" w:rsidR="00D21B21" w:rsidRDefault="00D21B21">
            <w:pPr>
              <w:spacing w:after="0"/>
            </w:pPr>
          </w:p>
        </w:tc>
        <w:tc>
          <w:tcPr>
            <w:tcW w:w="1099" w:type="pct"/>
            <w:tcMar>
              <w:top w:w="65" w:type="dxa"/>
              <w:left w:w="80" w:type="dxa"/>
              <w:bottom w:w="65" w:type="dxa"/>
              <w:right w:w="80" w:type="dxa"/>
            </w:tcMar>
            <w:vAlign w:val="center"/>
          </w:tcPr>
          <w:p w14:paraId="2344364C" w14:textId="77777777" w:rsidR="00D21B21" w:rsidRDefault="00D21B21">
            <w:pPr>
              <w:spacing w:after="0"/>
            </w:pPr>
          </w:p>
        </w:tc>
        <w:tc>
          <w:tcPr>
            <w:tcW w:w="1181" w:type="pct"/>
            <w:tcMar>
              <w:top w:w="65" w:type="dxa"/>
              <w:left w:w="80" w:type="dxa"/>
              <w:bottom w:w="65" w:type="dxa"/>
              <w:right w:w="80" w:type="dxa"/>
            </w:tcMar>
            <w:vAlign w:val="center"/>
          </w:tcPr>
          <w:p w14:paraId="0AE3C92B" w14:textId="77777777" w:rsidR="00D21B21" w:rsidRDefault="00D21B21">
            <w:pPr>
              <w:spacing w:after="0"/>
            </w:pPr>
          </w:p>
        </w:tc>
        <w:tc>
          <w:tcPr>
            <w:tcW w:w="934" w:type="pct"/>
            <w:tcMar>
              <w:top w:w="65" w:type="dxa"/>
              <w:left w:w="80" w:type="dxa"/>
              <w:bottom w:w="65" w:type="dxa"/>
              <w:right w:w="80" w:type="dxa"/>
            </w:tcMar>
            <w:vAlign w:val="center"/>
          </w:tcPr>
          <w:p w14:paraId="5FA93C01" w14:textId="77777777" w:rsidR="00D21B21" w:rsidRDefault="00D21B21">
            <w:pPr>
              <w:spacing w:after="0"/>
            </w:pPr>
          </w:p>
        </w:tc>
        <w:tc>
          <w:tcPr>
            <w:tcW w:w="769" w:type="pct"/>
            <w:tcMar>
              <w:top w:w="65" w:type="dxa"/>
              <w:left w:w="80" w:type="dxa"/>
              <w:bottom w:w="65" w:type="dxa"/>
              <w:right w:w="80" w:type="dxa"/>
            </w:tcMar>
            <w:vAlign w:val="center"/>
          </w:tcPr>
          <w:p w14:paraId="7A6FD3D7" w14:textId="77777777" w:rsidR="00D21B21" w:rsidRDefault="00D21B21">
            <w:pPr>
              <w:spacing w:after="0"/>
            </w:pPr>
          </w:p>
        </w:tc>
      </w:tr>
      <w:tr w:rsidR="00D21B21" w14:paraId="3B5EDFD4" w14:textId="77777777" w:rsidTr="00496E8E">
        <w:trPr>
          <w:jc w:val="center"/>
        </w:trPr>
        <w:tc>
          <w:tcPr>
            <w:tcW w:w="1017" w:type="pct"/>
            <w:tcMar>
              <w:top w:w="65" w:type="dxa"/>
              <w:left w:w="80" w:type="dxa"/>
              <w:bottom w:w="65" w:type="dxa"/>
              <w:right w:w="80" w:type="dxa"/>
            </w:tcMar>
            <w:vAlign w:val="center"/>
          </w:tcPr>
          <w:p w14:paraId="5038768D" w14:textId="77777777" w:rsidR="00D21B21" w:rsidRDefault="00D21B21">
            <w:pPr>
              <w:spacing w:after="0"/>
            </w:pPr>
          </w:p>
        </w:tc>
        <w:tc>
          <w:tcPr>
            <w:tcW w:w="1099" w:type="pct"/>
            <w:tcMar>
              <w:top w:w="65" w:type="dxa"/>
              <w:left w:w="80" w:type="dxa"/>
              <w:bottom w:w="65" w:type="dxa"/>
              <w:right w:w="80" w:type="dxa"/>
            </w:tcMar>
            <w:vAlign w:val="center"/>
          </w:tcPr>
          <w:p w14:paraId="2128CD4D" w14:textId="77777777" w:rsidR="00D21B21" w:rsidRDefault="00D21B21">
            <w:pPr>
              <w:spacing w:after="0"/>
            </w:pPr>
          </w:p>
        </w:tc>
        <w:tc>
          <w:tcPr>
            <w:tcW w:w="1181" w:type="pct"/>
            <w:tcMar>
              <w:top w:w="65" w:type="dxa"/>
              <w:left w:w="80" w:type="dxa"/>
              <w:bottom w:w="65" w:type="dxa"/>
              <w:right w:w="80" w:type="dxa"/>
            </w:tcMar>
            <w:vAlign w:val="center"/>
          </w:tcPr>
          <w:p w14:paraId="3558C0CA" w14:textId="77777777" w:rsidR="00D21B21" w:rsidRDefault="00D21B21">
            <w:pPr>
              <w:spacing w:after="0"/>
            </w:pPr>
          </w:p>
        </w:tc>
        <w:tc>
          <w:tcPr>
            <w:tcW w:w="934" w:type="pct"/>
            <w:tcMar>
              <w:top w:w="65" w:type="dxa"/>
              <w:left w:w="80" w:type="dxa"/>
              <w:bottom w:w="65" w:type="dxa"/>
              <w:right w:w="80" w:type="dxa"/>
            </w:tcMar>
            <w:vAlign w:val="center"/>
          </w:tcPr>
          <w:p w14:paraId="28E8D99B" w14:textId="77777777" w:rsidR="00D21B21" w:rsidRDefault="00D21B21">
            <w:pPr>
              <w:spacing w:after="0"/>
            </w:pPr>
          </w:p>
        </w:tc>
        <w:tc>
          <w:tcPr>
            <w:tcW w:w="769" w:type="pct"/>
            <w:tcMar>
              <w:top w:w="65" w:type="dxa"/>
              <w:left w:w="80" w:type="dxa"/>
              <w:bottom w:w="65" w:type="dxa"/>
              <w:right w:w="80" w:type="dxa"/>
            </w:tcMar>
            <w:vAlign w:val="center"/>
          </w:tcPr>
          <w:p w14:paraId="07F0C915" w14:textId="77777777" w:rsidR="00D21B21" w:rsidRDefault="00D21B21">
            <w:pPr>
              <w:spacing w:after="0"/>
            </w:pPr>
          </w:p>
        </w:tc>
      </w:tr>
      <w:tr w:rsidR="00D21B21" w14:paraId="0370EC70" w14:textId="77777777" w:rsidTr="00496E8E">
        <w:trPr>
          <w:jc w:val="center"/>
        </w:trPr>
        <w:tc>
          <w:tcPr>
            <w:tcW w:w="1017" w:type="pct"/>
            <w:tcMar>
              <w:top w:w="65" w:type="dxa"/>
              <w:left w:w="80" w:type="dxa"/>
              <w:bottom w:w="65" w:type="dxa"/>
              <w:right w:w="80" w:type="dxa"/>
            </w:tcMar>
            <w:vAlign w:val="center"/>
          </w:tcPr>
          <w:p w14:paraId="41BDA082" w14:textId="77777777" w:rsidR="00D21B21" w:rsidRDefault="00D21B21">
            <w:pPr>
              <w:spacing w:after="0"/>
            </w:pPr>
          </w:p>
        </w:tc>
        <w:tc>
          <w:tcPr>
            <w:tcW w:w="1099" w:type="pct"/>
            <w:tcMar>
              <w:top w:w="65" w:type="dxa"/>
              <w:left w:w="80" w:type="dxa"/>
              <w:bottom w:w="65" w:type="dxa"/>
              <w:right w:w="80" w:type="dxa"/>
            </w:tcMar>
            <w:vAlign w:val="center"/>
          </w:tcPr>
          <w:p w14:paraId="22C3628F" w14:textId="77777777" w:rsidR="00D21B21" w:rsidRDefault="00D21B21">
            <w:pPr>
              <w:spacing w:after="0"/>
            </w:pPr>
          </w:p>
        </w:tc>
        <w:tc>
          <w:tcPr>
            <w:tcW w:w="1181" w:type="pct"/>
            <w:tcMar>
              <w:top w:w="65" w:type="dxa"/>
              <w:left w:w="80" w:type="dxa"/>
              <w:bottom w:w="65" w:type="dxa"/>
              <w:right w:w="80" w:type="dxa"/>
            </w:tcMar>
            <w:vAlign w:val="center"/>
          </w:tcPr>
          <w:p w14:paraId="3CA8DECB" w14:textId="77777777" w:rsidR="00D21B21" w:rsidRDefault="00D21B21">
            <w:pPr>
              <w:spacing w:after="0"/>
            </w:pPr>
          </w:p>
        </w:tc>
        <w:tc>
          <w:tcPr>
            <w:tcW w:w="934" w:type="pct"/>
            <w:tcMar>
              <w:top w:w="65" w:type="dxa"/>
              <w:left w:w="80" w:type="dxa"/>
              <w:bottom w:w="65" w:type="dxa"/>
              <w:right w:w="80" w:type="dxa"/>
            </w:tcMar>
            <w:vAlign w:val="center"/>
          </w:tcPr>
          <w:p w14:paraId="3577D93B" w14:textId="77777777" w:rsidR="00D21B21" w:rsidRDefault="00D21B21">
            <w:pPr>
              <w:spacing w:after="0"/>
            </w:pPr>
          </w:p>
        </w:tc>
        <w:tc>
          <w:tcPr>
            <w:tcW w:w="769" w:type="pct"/>
            <w:tcMar>
              <w:top w:w="65" w:type="dxa"/>
              <w:left w:w="80" w:type="dxa"/>
              <w:bottom w:w="65" w:type="dxa"/>
              <w:right w:w="80" w:type="dxa"/>
            </w:tcMar>
            <w:vAlign w:val="center"/>
          </w:tcPr>
          <w:p w14:paraId="51D56AD9" w14:textId="77777777" w:rsidR="00D21B21" w:rsidRDefault="00D21B21">
            <w:pPr>
              <w:spacing w:after="0"/>
            </w:pPr>
          </w:p>
        </w:tc>
      </w:tr>
      <w:tr w:rsidR="00D21B21" w14:paraId="6BC0FB2E" w14:textId="77777777" w:rsidTr="00496E8E">
        <w:trPr>
          <w:jc w:val="center"/>
        </w:trPr>
        <w:tc>
          <w:tcPr>
            <w:tcW w:w="1017" w:type="pct"/>
            <w:tcMar>
              <w:top w:w="65" w:type="dxa"/>
              <w:left w:w="80" w:type="dxa"/>
              <w:bottom w:w="65" w:type="dxa"/>
              <w:right w:w="80" w:type="dxa"/>
            </w:tcMar>
            <w:vAlign w:val="center"/>
          </w:tcPr>
          <w:p w14:paraId="1E2B43DB" w14:textId="77777777" w:rsidR="00D21B21" w:rsidRDefault="00D21B21">
            <w:pPr>
              <w:spacing w:after="0"/>
            </w:pPr>
          </w:p>
        </w:tc>
        <w:tc>
          <w:tcPr>
            <w:tcW w:w="1099" w:type="pct"/>
            <w:tcMar>
              <w:top w:w="65" w:type="dxa"/>
              <w:left w:w="80" w:type="dxa"/>
              <w:bottom w:w="65" w:type="dxa"/>
              <w:right w:w="80" w:type="dxa"/>
            </w:tcMar>
            <w:vAlign w:val="center"/>
          </w:tcPr>
          <w:p w14:paraId="7CD6E0C0" w14:textId="77777777" w:rsidR="00D21B21" w:rsidRDefault="00D21B21">
            <w:pPr>
              <w:spacing w:after="0"/>
            </w:pPr>
          </w:p>
        </w:tc>
        <w:tc>
          <w:tcPr>
            <w:tcW w:w="1181" w:type="pct"/>
            <w:tcMar>
              <w:top w:w="65" w:type="dxa"/>
              <w:left w:w="80" w:type="dxa"/>
              <w:bottom w:w="65" w:type="dxa"/>
              <w:right w:w="80" w:type="dxa"/>
            </w:tcMar>
            <w:vAlign w:val="center"/>
          </w:tcPr>
          <w:p w14:paraId="5A792ECB" w14:textId="77777777" w:rsidR="00D21B21" w:rsidRDefault="00D21B21">
            <w:pPr>
              <w:spacing w:after="0"/>
            </w:pPr>
          </w:p>
        </w:tc>
        <w:tc>
          <w:tcPr>
            <w:tcW w:w="934" w:type="pct"/>
            <w:tcMar>
              <w:top w:w="65" w:type="dxa"/>
              <w:left w:w="80" w:type="dxa"/>
              <w:bottom w:w="65" w:type="dxa"/>
              <w:right w:w="80" w:type="dxa"/>
            </w:tcMar>
            <w:vAlign w:val="center"/>
          </w:tcPr>
          <w:p w14:paraId="76050420" w14:textId="77777777" w:rsidR="00D21B21" w:rsidRDefault="00D21B21">
            <w:pPr>
              <w:spacing w:after="0"/>
            </w:pPr>
          </w:p>
        </w:tc>
        <w:tc>
          <w:tcPr>
            <w:tcW w:w="769" w:type="pct"/>
            <w:tcMar>
              <w:top w:w="65" w:type="dxa"/>
              <w:left w:w="80" w:type="dxa"/>
              <w:bottom w:w="65" w:type="dxa"/>
              <w:right w:w="80" w:type="dxa"/>
            </w:tcMar>
            <w:vAlign w:val="center"/>
          </w:tcPr>
          <w:p w14:paraId="397C2C6C" w14:textId="77777777" w:rsidR="00D21B21" w:rsidRDefault="00D21B21">
            <w:pPr>
              <w:spacing w:after="0"/>
            </w:pPr>
          </w:p>
        </w:tc>
      </w:tr>
      <w:tr w:rsidR="00D21B21" w14:paraId="63399173" w14:textId="77777777" w:rsidTr="00496E8E">
        <w:trPr>
          <w:jc w:val="center"/>
        </w:trPr>
        <w:tc>
          <w:tcPr>
            <w:tcW w:w="1017" w:type="pct"/>
            <w:tcMar>
              <w:top w:w="65" w:type="dxa"/>
              <w:left w:w="80" w:type="dxa"/>
              <w:bottom w:w="65" w:type="dxa"/>
              <w:right w:w="80" w:type="dxa"/>
            </w:tcMar>
            <w:vAlign w:val="center"/>
          </w:tcPr>
          <w:p w14:paraId="65710CA5" w14:textId="77777777" w:rsidR="00D21B21" w:rsidRDefault="00D21B21">
            <w:pPr>
              <w:spacing w:after="0"/>
            </w:pPr>
          </w:p>
        </w:tc>
        <w:tc>
          <w:tcPr>
            <w:tcW w:w="1099" w:type="pct"/>
            <w:tcMar>
              <w:top w:w="65" w:type="dxa"/>
              <w:left w:w="80" w:type="dxa"/>
              <w:bottom w:w="65" w:type="dxa"/>
              <w:right w:w="80" w:type="dxa"/>
            </w:tcMar>
            <w:vAlign w:val="center"/>
          </w:tcPr>
          <w:p w14:paraId="3CFEF660" w14:textId="77777777" w:rsidR="00D21B21" w:rsidRDefault="00D21B21">
            <w:pPr>
              <w:spacing w:after="0"/>
            </w:pPr>
          </w:p>
        </w:tc>
        <w:tc>
          <w:tcPr>
            <w:tcW w:w="1181" w:type="pct"/>
            <w:tcMar>
              <w:top w:w="65" w:type="dxa"/>
              <w:left w:w="80" w:type="dxa"/>
              <w:bottom w:w="65" w:type="dxa"/>
              <w:right w:w="80" w:type="dxa"/>
            </w:tcMar>
            <w:vAlign w:val="center"/>
          </w:tcPr>
          <w:p w14:paraId="1C3E91F3" w14:textId="77777777" w:rsidR="00D21B21" w:rsidRDefault="00D21B21">
            <w:pPr>
              <w:spacing w:after="0"/>
            </w:pPr>
          </w:p>
        </w:tc>
        <w:tc>
          <w:tcPr>
            <w:tcW w:w="934" w:type="pct"/>
            <w:tcMar>
              <w:top w:w="65" w:type="dxa"/>
              <w:left w:w="80" w:type="dxa"/>
              <w:bottom w:w="65" w:type="dxa"/>
              <w:right w:w="80" w:type="dxa"/>
            </w:tcMar>
            <w:vAlign w:val="center"/>
          </w:tcPr>
          <w:p w14:paraId="2771DF49" w14:textId="77777777" w:rsidR="00D21B21" w:rsidRDefault="00D21B21">
            <w:pPr>
              <w:spacing w:after="0"/>
            </w:pPr>
          </w:p>
        </w:tc>
        <w:tc>
          <w:tcPr>
            <w:tcW w:w="769" w:type="pct"/>
            <w:tcMar>
              <w:top w:w="65" w:type="dxa"/>
              <w:left w:w="80" w:type="dxa"/>
              <w:bottom w:w="65" w:type="dxa"/>
              <w:right w:w="80" w:type="dxa"/>
            </w:tcMar>
            <w:vAlign w:val="center"/>
          </w:tcPr>
          <w:p w14:paraId="568FBC59" w14:textId="77777777" w:rsidR="00D21B21" w:rsidRDefault="00D21B21">
            <w:pPr>
              <w:spacing w:after="0"/>
            </w:pPr>
          </w:p>
        </w:tc>
      </w:tr>
    </w:tbl>
    <w:p w14:paraId="328DD0EE" w14:textId="77777777" w:rsidR="00D21B21" w:rsidRDefault="0034659B">
      <w:pPr>
        <w:pStyle w:val="NoteVK"/>
      </w:pPr>
      <w:r>
        <w:rPr>
          <w:i/>
        </w:rPr>
        <w:t>Piezīme: ja PEFC CoC darbības tiek nodotas ārpakalpojumā, organizācijai jānodrošina rakstiska vienošanās un standarta prasību ievērošana ārpakalpojuma posmos.</w:t>
      </w:r>
    </w:p>
    <w:sectPr w:rsidR="00D21B21" w:rsidSect="00034616">
      <w:footerReference w:type="default" r:id="rId8"/>
      <w:pgSz w:w="12240" w:h="15840"/>
      <w:pgMar w:top="907" w:right="1020" w:bottom="850"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4E4AB" w14:textId="77777777" w:rsidR="0034659B" w:rsidRDefault="0034659B">
      <w:pPr>
        <w:spacing w:after="0"/>
      </w:pPr>
      <w:r>
        <w:separator/>
      </w:r>
    </w:p>
  </w:endnote>
  <w:endnote w:type="continuationSeparator" w:id="0">
    <w:p w14:paraId="49D2DE02" w14:textId="77777777" w:rsidR="0034659B" w:rsidRDefault="003465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37FD0" w14:textId="31055B30" w:rsidR="00D21B21" w:rsidRPr="008608E7" w:rsidRDefault="008608E7" w:rsidP="008608E7">
    <w:pPr>
      <w:pStyle w:val="Footer"/>
    </w:pPr>
    <w:smartTag w:uri="urn:schemas-microsoft-com:office:smarttags" w:element="stockticker">
      <w:r w:rsidRPr="0058454D">
        <w:t>ADM</w:t>
      </w:r>
    </w:smartTag>
    <w:r>
      <w:t>-1-</w:t>
    </w:r>
    <w:r>
      <w:t>4</w:t>
    </w:r>
    <w:r w:rsidRPr="0058454D">
      <w:t xml:space="preserve">                           </w:t>
    </w:r>
    <w:r>
      <w:t>09</w:t>
    </w:r>
    <w:r>
      <w:t>.0</w:t>
    </w:r>
    <w:r>
      <w:t>9</w:t>
    </w:r>
    <w:r>
      <w:t>.202</w:t>
    </w:r>
    <w: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A7A58" w14:textId="77777777" w:rsidR="0034659B" w:rsidRDefault="0034659B">
      <w:pPr>
        <w:spacing w:after="0"/>
      </w:pPr>
      <w:r>
        <w:separator/>
      </w:r>
    </w:p>
  </w:footnote>
  <w:footnote w:type="continuationSeparator" w:id="0">
    <w:p w14:paraId="69EFE0A4" w14:textId="77777777" w:rsidR="0034659B" w:rsidRDefault="0034659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0848439">
    <w:abstractNumId w:val="8"/>
  </w:num>
  <w:num w:numId="2" w16cid:durableId="1782144538">
    <w:abstractNumId w:val="6"/>
  </w:num>
  <w:num w:numId="3" w16cid:durableId="1649702553">
    <w:abstractNumId w:val="5"/>
  </w:num>
  <w:num w:numId="4" w16cid:durableId="350300812">
    <w:abstractNumId w:val="4"/>
  </w:num>
  <w:num w:numId="5" w16cid:durableId="1212427637">
    <w:abstractNumId w:val="7"/>
  </w:num>
  <w:num w:numId="6" w16cid:durableId="1443260789">
    <w:abstractNumId w:val="3"/>
  </w:num>
  <w:num w:numId="7" w16cid:durableId="1101031743">
    <w:abstractNumId w:val="2"/>
  </w:num>
  <w:num w:numId="8" w16cid:durableId="346637453">
    <w:abstractNumId w:val="1"/>
  </w:num>
  <w:num w:numId="9" w16cid:durableId="780539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4659B"/>
    <w:rsid w:val="00375933"/>
    <w:rsid w:val="00496E8E"/>
    <w:rsid w:val="00653D41"/>
    <w:rsid w:val="008608E7"/>
    <w:rsid w:val="00AA1D8D"/>
    <w:rsid w:val="00B47730"/>
    <w:rsid w:val="00CB0664"/>
    <w:rsid w:val="00D21B2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ockticker"/>
  <w:shapeDefaults>
    <o:shapedefaults v:ext="edit" spidmax="1026"/>
    <o:shapelayout v:ext="edit">
      <o:idmap v:ext="edit" data="1"/>
    </o:shapelayout>
  </w:shapeDefaults>
  <w:decimalSymbol w:val="."/>
  <w:listSeparator w:val=","/>
  <w14:docId w14:val="39EAA2A8"/>
  <w14:defaultImageDpi w14:val="300"/>
  <w15:docId w15:val="{B890A60C-58FF-42CB-9388-ADD269170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40" w:lineRule="auto"/>
    </w:pPr>
    <w:rPr>
      <w:rFonts w:ascii="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VK">
    <w:name w:val="TitleVK"/>
    <w:pPr>
      <w:spacing w:before="60" w:after="60"/>
    </w:pPr>
    <w:rPr>
      <w:rFonts w:ascii="Arial" w:hAnsi="Arial"/>
      <w:b/>
      <w:color w:val="000000"/>
      <w:sz w:val="28"/>
    </w:rPr>
  </w:style>
  <w:style w:type="paragraph" w:customStyle="1" w:styleId="Head1VK">
    <w:name w:val="Head1VK"/>
    <w:pPr>
      <w:spacing w:before="60" w:after="60"/>
    </w:pPr>
    <w:rPr>
      <w:rFonts w:ascii="Arial" w:hAnsi="Arial"/>
      <w:b/>
      <w:color w:val="000000"/>
      <w:sz w:val="21"/>
    </w:rPr>
  </w:style>
  <w:style w:type="paragraph" w:customStyle="1" w:styleId="NoteVK">
    <w:name w:val="NoteVK"/>
    <w:pPr>
      <w:spacing w:before="60" w:after="60"/>
    </w:pPr>
    <w:rPr>
      <w:rFonts w:ascii="Arial" w:hAnsi="Arial"/>
      <w:color w:val="555555"/>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2364</Words>
  <Characters>1349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Ailts</dc:creator>
  <cp:keywords/>
  <dc:description>generated by python-docx</dc:description>
  <cp:lastModifiedBy>Meža prieki</cp:lastModifiedBy>
  <cp:revision>4</cp:revision>
  <dcterms:created xsi:type="dcterms:W3CDTF">2026-09-09T14:45:00Z</dcterms:created>
  <dcterms:modified xsi:type="dcterms:W3CDTF">2026-09-09T14:46:00Z</dcterms:modified>
  <cp:category/>
</cp:coreProperties>
</file>