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FD6482" w14:textId="77777777" w:rsidR="008A4F0D" w:rsidRPr="008A4F0D" w:rsidRDefault="008A4F0D">
      <w:pPr>
        <w:keepNext/>
        <w:spacing w:after="40"/>
        <w:jc w:val="center"/>
        <w:rPr>
          <w:rFonts w:ascii="Times New Roman" w:hAnsi="Times New Roman" w:cs="Times New Roman"/>
          <w:b/>
          <w:color w:val="2F541F"/>
          <w:sz w:val="30"/>
        </w:rPr>
      </w:pPr>
    </w:p>
    <w:p w14:paraId="019B0E24" w14:textId="0C4465AD" w:rsidR="00C4229A" w:rsidRPr="008A4F0D" w:rsidRDefault="006E22AE">
      <w:pPr>
        <w:keepNext/>
        <w:spacing w:after="40"/>
        <w:jc w:val="center"/>
        <w:rPr>
          <w:rFonts w:ascii="Times New Roman" w:hAnsi="Times New Roman" w:cs="Times New Roman"/>
        </w:rPr>
      </w:pPr>
      <w:r w:rsidRPr="008A4F0D">
        <w:rPr>
          <w:rFonts w:ascii="Times New Roman" w:hAnsi="Times New Roman" w:cs="Times New Roman"/>
          <w:b/>
          <w:color w:val="2F541F"/>
          <w:sz w:val="30"/>
        </w:rPr>
        <w:t>PIETEIKUMS PEFC MEŽA APSAIMNIEKOŠANAS SERTIFIKĀCIJAI</w:t>
      </w:r>
    </w:p>
    <w:p w14:paraId="347A2C28" w14:textId="77777777" w:rsidR="00C4229A" w:rsidRPr="008A4F0D" w:rsidRDefault="006E22AE">
      <w:pPr>
        <w:spacing w:after="160"/>
        <w:jc w:val="center"/>
        <w:rPr>
          <w:rFonts w:ascii="Times New Roman" w:hAnsi="Times New Roman" w:cs="Times New Roman"/>
        </w:rPr>
      </w:pPr>
      <w:r w:rsidRPr="008A4F0D">
        <w:rPr>
          <w:rFonts w:ascii="Times New Roman" w:hAnsi="Times New Roman" w:cs="Times New Roman"/>
          <w:i/>
        </w:rPr>
        <w:t>PEFC FMS:2022 “Latvijas nacionālais PEFC meža apsaimniekošanas standarts”</w:t>
      </w:r>
    </w:p>
    <w:p w14:paraId="4DFCD366" w14:textId="77777777" w:rsidR="00C4229A" w:rsidRPr="008A4F0D" w:rsidRDefault="006E22AE">
      <w:pPr>
        <w:keepNext/>
        <w:spacing w:before="160" w:after="80"/>
        <w:rPr>
          <w:rFonts w:ascii="Times New Roman" w:hAnsi="Times New Roman" w:cs="Times New Roman"/>
        </w:rPr>
      </w:pPr>
      <w:r w:rsidRPr="008A4F0D">
        <w:rPr>
          <w:rFonts w:ascii="Times New Roman" w:hAnsi="Times New Roman" w:cs="Times New Roman"/>
          <w:b/>
          <w:color w:val="2F541F"/>
          <w:sz w:val="22"/>
        </w:rPr>
        <w:t>1. Pieteikuma iesniedzēja informācija</w:t>
      </w:r>
    </w:p>
    <w:tbl>
      <w:tblPr>
        <w:tblW w:w="0" w:type="auto"/>
        <w:jc w:val="center"/>
        <w:tblLayout w:type="fixed"/>
        <w:tblLook w:val="04A0" w:firstRow="1" w:lastRow="0" w:firstColumn="1" w:lastColumn="0" w:noHBand="0" w:noVBand="1"/>
      </w:tblPr>
      <w:tblGrid>
        <w:gridCol w:w="3515"/>
        <w:gridCol w:w="6803"/>
      </w:tblGrid>
      <w:tr w:rsidR="00C4229A" w:rsidRPr="008A4F0D" w14:paraId="54AE74F9" w14:textId="77777777">
        <w:trPr>
          <w:jc w:val="center"/>
        </w:trPr>
        <w:tc>
          <w:tcPr>
            <w:tcW w:w="3515" w:type="dxa"/>
            <w:tcBorders>
              <w:top w:val="single" w:sz="6" w:space="0" w:color="A6A6A6"/>
              <w:left w:val="single" w:sz="6" w:space="0" w:color="A6A6A6"/>
              <w:bottom w:val="single" w:sz="6" w:space="0" w:color="A6A6A6"/>
              <w:right w:val="single" w:sz="6" w:space="0" w:color="A6A6A6"/>
            </w:tcBorders>
            <w:tcMar>
              <w:top w:w="80" w:type="dxa"/>
              <w:left w:w="100" w:type="dxa"/>
              <w:bottom w:w="80" w:type="dxa"/>
              <w:right w:w="100" w:type="dxa"/>
            </w:tcMar>
            <w:vAlign w:val="center"/>
          </w:tcPr>
          <w:p w14:paraId="7746BF5D" w14:textId="77777777" w:rsidR="00C4229A" w:rsidRPr="008A4F0D" w:rsidRDefault="006E22AE">
            <w:pPr>
              <w:spacing w:after="0"/>
              <w:rPr>
                <w:rFonts w:ascii="Times New Roman" w:hAnsi="Times New Roman" w:cs="Times New Roman"/>
              </w:rPr>
            </w:pPr>
            <w:r w:rsidRPr="008A4F0D">
              <w:rPr>
                <w:rFonts w:ascii="Times New Roman" w:hAnsi="Times New Roman" w:cs="Times New Roman"/>
                <w:b/>
              </w:rPr>
              <w:t>Pieteikuma iesniedzējs / organizācijas nosaukums</w:t>
            </w:r>
          </w:p>
        </w:tc>
        <w:tc>
          <w:tcPr>
            <w:tcW w:w="6803" w:type="dxa"/>
            <w:tcBorders>
              <w:top w:val="single" w:sz="6" w:space="0" w:color="A6A6A6"/>
              <w:left w:val="single" w:sz="6" w:space="0" w:color="A6A6A6"/>
              <w:bottom w:val="single" w:sz="6" w:space="0" w:color="A6A6A6"/>
              <w:right w:val="single" w:sz="6" w:space="0" w:color="A6A6A6"/>
            </w:tcBorders>
            <w:tcMar>
              <w:top w:w="80" w:type="dxa"/>
              <w:left w:w="100" w:type="dxa"/>
              <w:bottom w:w="80" w:type="dxa"/>
              <w:right w:w="100" w:type="dxa"/>
            </w:tcMar>
            <w:vAlign w:val="center"/>
          </w:tcPr>
          <w:p w14:paraId="70284A12" w14:textId="77777777" w:rsidR="00C4229A" w:rsidRPr="008A4F0D" w:rsidRDefault="00C4229A">
            <w:pPr>
              <w:spacing w:after="0"/>
              <w:rPr>
                <w:rFonts w:ascii="Times New Roman" w:hAnsi="Times New Roman" w:cs="Times New Roman"/>
              </w:rPr>
            </w:pPr>
          </w:p>
        </w:tc>
      </w:tr>
      <w:tr w:rsidR="00C4229A" w:rsidRPr="008A4F0D" w14:paraId="5A46273A" w14:textId="77777777">
        <w:trPr>
          <w:jc w:val="center"/>
        </w:trPr>
        <w:tc>
          <w:tcPr>
            <w:tcW w:w="3515" w:type="dxa"/>
            <w:tcBorders>
              <w:top w:val="single" w:sz="6" w:space="0" w:color="A6A6A6"/>
              <w:left w:val="single" w:sz="6" w:space="0" w:color="A6A6A6"/>
              <w:bottom w:val="single" w:sz="6" w:space="0" w:color="A6A6A6"/>
              <w:right w:val="single" w:sz="6" w:space="0" w:color="A6A6A6"/>
            </w:tcBorders>
            <w:tcMar>
              <w:top w:w="80" w:type="dxa"/>
              <w:left w:w="100" w:type="dxa"/>
              <w:bottom w:w="80" w:type="dxa"/>
              <w:right w:w="100" w:type="dxa"/>
            </w:tcMar>
            <w:vAlign w:val="center"/>
          </w:tcPr>
          <w:p w14:paraId="43CA459B" w14:textId="77777777" w:rsidR="00C4229A" w:rsidRPr="008A4F0D" w:rsidRDefault="006E22AE">
            <w:pPr>
              <w:spacing w:after="0"/>
              <w:rPr>
                <w:rFonts w:ascii="Times New Roman" w:hAnsi="Times New Roman" w:cs="Times New Roman"/>
              </w:rPr>
            </w:pPr>
            <w:r w:rsidRPr="008A4F0D">
              <w:rPr>
                <w:rFonts w:ascii="Times New Roman" w:hAnsi="Times New Roman" w:cs="Times New Roman"/>
                <w:b/>
              </w:rPr>
              <w:t>Juridiskais statuss</w:t>
            </w:r>
          </w:p>
        </w:tc>
        <w:tc>
          <w:tcPr>
            <w:tcW w:w="6803" w:type="dxa"/>
            <w:tcBorders>
              <w:top w:val="single" w:sz="6" w:space="0" w:color="A6A6A6"/>
              <w:left w:val="single" w:sz="6" w:space="0" w:color="A6A6A6"/>
              <w:bottom w:val="single" w:sz="6" w:space="0" w:color="A6A6A6"/>
              <w:right w:val="single" w:sz="6" w:space="0" w:color="A6A6A6"/>
            </w:tcBorders>
            <w:tcMar>
              <w:top w:w="80" w:type="dxa"/>
              <w:left w:w="100" w:type="dxa"/>
              <w:bottom w:w="80" w:type="dxa"/>
              <w:right w:w="100" w:type="dxa"/>
            </w:tcMar>
            <w:vAlign w:val="center"/>
          </w:tcPr>
          <w:p w14:paraId="41DD1A49" w14:textId="77777777" w:rsidR="00C4229A" w:rsidRPr="008A4F0D" w:rsidRDefault="006E22AE">
            <w:pPr>
              <w:spacing w:after="0"/>
              <w:rPr>
                <w:rFonts w:ascii="Times New Roman" w:hAnsi="Times New Roman" w:cs="Times New Roman"/>
              </w:rPr>
            </w:pPr>
            <w:r w:rsidRPr="008A4F0D">
              <w:rPr>
                <w:rFonts w:ascii="Segoe UI Symbol" w:hAnsi="Segoe UI Symbol" w:cs="Segoe UI Symbol"/>
              </w:rPr>
              <w:t>☐</w:t>
            </w:r>
            <w:r w:rsidRPr="008A4F0D">
              <w:rPr>
                <w:rFonts w:ascii="Times New Roman" w:hAnsi="Times New Roman" w:cs="Times New Roman"/>
              </w:rPr>
              <w:t xml:space="preserve"> Fiziska persona    </w:t>
            </w:r>
            <w:r w:rsidRPr="008A4F0D">
              <w:rPr>
                <w:rFonts w:ascii="Segoe UI Symbol" w:hAnsi="Segoe UI Symbol" w:cs="Segoe UI Symbol"/>
              </w:rPr>
              <w:t>☐</w:t>
            </w:r>
            <w:r w:rsidRPr="008A4F0D">
              <w:rPr>
                <w:rFonts w:ascii="Times New Roman" w:hAnsi="Times New Roman" w:cs="Times New Roman"/>
              </w:rPr>
              <w:t xml:space="preserve"> Juridiska persona</w:t>
            </w:r>
          </w:p>
        </w:tc>
      </w:tr>
      <w:tr w:rsidR="00C4229A" w:rsidRPr="008A4F0D" w14:paraId="6677F037" w14:textId="77777777">
        <w:trPr>
          <w:jc w:val="center"/>
        </w:trPr>
        <w:tc>
          <w:tcPr>
            <w:tcW w:w="3515" w:type="dxa"/>
            <w:tcBorders>
              <w:top w:val="single" w:sz="6" w:space="0" w:color="A6A6A6"/>
              <w:left w:val="single" w:sz="6" w:space="0" w:color="A6A6A6"/>
              <w:bottom w:val="single" w:sz="6" w:space="0" w:color="A6A6A6"/>
              <w:right w:val="single" w:sz="6" w:space="0" w:color="A6A6A6"/>
            </w:tcBorders>
            <w:tcMar>
              <w:top w:w="80" w:type="dxa"/>
              <w:left w:w="100" w:type="dxa"/>
              <w:bottom w:w="80" w:type="dxa"/>
              <w:right w:w="100" w:type="dxa"/>
            </w:tcMar>
            <w:vAlign w:val="center"/>
          </w:tcPr>
          <w:p w14:paraId="505BCB90" w14:textId="0EEBD2B1" w:rsidR="00C4229A" w:rsidRPr="008A4F0D" w:rsidRDefault="006E22AE">
            <w:pPr>
              <w:spacing w:after="0"/>
              <w:rPr>
                <w:rFonts w:ascii="Times New Roman" w:hAnsi="Times New Roman" w:cs="Times New Roman"/>
              </w:rPr>
            </w:pPr>
            <w:r w:rsidRPr="008A4F0D">
              <w:rPr>
                <w:rFonts w:ascii="Times New Roman" w:hAnsi="Times New Roman" w:cs="Times New Roman"/>
                <w:b/>
              </w:rPr>
              <w:t>Reģistrācijas Nr</w:t>
            </w:r>
            <w:r w:rsidR="008A4F0D">
              <w:rPr>
                <w:rFonts w:ascii="Times New Roman" w:hAnsi="Times New Roman" w:cs="Times New Roman"/>
                <w:b/>
              </w:rPr>
              <w:t xml:space="preserve">. / </w:t>
            </w:r>
            <w:proofErr w:type="spellStart"/>
            <w:r w:rsidR="008A4F0D">
              <w:rPr>
                <w:rFonts w:ascii="Times New Roman" w:hAnsi="Times New Roman" w:cs="Times New Roman"/>
                <w:b/>
              </w:rPr>
              <w:t>Pers.k</w:t>
            </w:r>
            <w:proofErr w:type="spellEnd"/>
            <w:r w:rsidR="008A4F0D">
              <w:rPr>
                <w:rFonts w:ascii="Times New Roman" w:hAnsi="Times New Roman" w:cs="Times New Roman"/>
                <w:b/>
              </w:rPr>
              <w:t>.</w:t>
            </w:r>
          </w:p>
        </w:tc>
        <w:tc>
          <w:tcPr>
            <w:tcW w:w="6803" w:type="dxa"/>
            <w:tcBorders>
              <w:top w:val="single" w:sz="6" w:space="0" w:color="A6A6A6"/>
              <w:left w:val="single" w:sz="6" w:space="0" w:color="A6A6A6"/>
              <w:bottom w:val="single" w:sz="6" w:space="0" w:color="A6A6A6"/>
              <w:right w:val="single" w:sz="6" w:space="0" w:color="A6A6A6"/>
            </w:tcBorders>
            <w:tcMar>
              <w:top w:w="80" w:type="dxa"/>
              <w:left w:w="100" w:type="dxa"/>
              <w:bottom w:w="80" w:type="dxa"/>
              <w:right w:w="100" w:type="dxa"/>
            </w:tcMar>
            <w:vAlign w:val="center"/>
          </w:tcPr>
          <w:p w14:paraId="6C9D37F0" w14:textId="77777777" w:rsidR="00C4229A" w:rsidRPr="008A4F0D" w:rsidRDefault="00C4229A">
            <w:pPr>
              <w:spacing w:after="0"/>
              <w:rPr>
                <w:rFonts w:ascii="Times New Roman" w:hAnsi="Times New Roman" w:cs="Times New Roman"/>
              </w:rPr>
            </w:pPr>
          </w:p>
        </w:tc>
      </w:tr>
      <w:tr w:rsidR="00C4229A" w:rsidRPr="008A4F0D" w14:paraId="0136D575" w14:textId="77777777">
        <w:trPr>
          <w:jc w:val="center"/>
        </w:trPr>
        <w:tc>
          <w:tcPr>
            <w:tcW w:w="3515" w:type="dxa"/>
            <w:tcBorders>
              <w:top w:val="single" w:sz="6" w:space="0" w:color="A6A6A6"/>
              <w:left w:val="single" w:sz="6" w:space="0" w:color="A6A6A6"/>
              <w:bottom w:val="single" w:sz="6" w:space="0" w:color="A6A6A6"/>
              <w:right w:val="single" w:sz="6" w:space="0" w:color="A6A6A6"/>
            </w:tcBorders>
            <w:tcMar>
              <w:top w:w="80" w:type="dxa"/>
              <w:left w:w="100" w:type="dxa"/>
              <w:bottom w:w="80" w:type="dxa"/>
              <w:right w:w="100" w:type="dxa"/>
            </w:tcMar>
            <w:vAlign w:val="center"/>
          </w:tcPr>
          <w:p w14:paraId="22475BE7" w14:textId="77777777" w:rsidR="00C4229A" w:rsidRPr="008A4F0D" w:rsidRDefault="006E22AE">
            <w:pPr>
              <w:spacing w:after="0"/>
              <w:rPr>
                <w:rFonts w:ascii="Times New Roman" w:hAnsi="Times New Roman" w:cs="Times New Roman"/>
              </w:rPr>
            </w:pPr>
            <w:r w:rsidRPr="008A4F0D">
              <w:rPr>
                <w:rFonts w:ascii="Times New Roman" w:hAnsi="Times New Roman" w:cs="Times New Roman"/>
                <w:b/>
              </w:rPr>
              <w:t>Juridiskā adrese / deklarētā adrese</w:t>
            </w:r>
          </w:p>
        </w:tc>
        <w:tc>
          <w:tcPr>
            <w:tcW w:w="6803" w:type="dxa"/>
            <w:tcBorders>
              <w:top w:val="single" w:sz="6" w:space="0" w:color="A6A6A6"/>
              <w:left w:val="single" w:sz="6" w:space="0" w:color="A6A6A6"/>
              <w:bottom w:val="single" w:sz="6" w:space="0" w:color="A6A6A6"/>
              <w:right w:val="single" w:sz="6" w:space="0" w:color="A6A6A6"/>
            </w:tcBorders>
            <w:tcMar>
              <w:top w:w="80" w:type="dxa"/>
              <w:left w:w="100" w:type="dxa"/>
              <w:bottom w:w="80" w:type="dxa"/>
              <w:right w:w="100" w:type="dxa"/>
            </w:tcMar>
            <w:vAlign w:val="center"/>
          </w:tcPr>
          <w:p w14:paraId="269D724E" w14:textId="77777777" w:rsidR="00C4229A" w:rsidRPr="008A4F0D" w:rsidRDefault="00C4229A">
            <w:pPr>
              <w:spacing w:after="0"/>
              <w:rPr>
                <w:rFonts w:ascii="Times New Roman" w:hAnsi="Times New Roman" w:cs="Times New Roman"/>
              </w:rPr>
            </w:pPr>
          </w:p>
        </w:tc>
      </w:tr>
      <w:tr w:rsidR="00C4229A" w:rsidRPr="008A4F0D" w14:paraId="5FE1C0D8" w14:textId="77777777">
        <w:trPr>
          <w:jc w:val="center"/>
        </w:trPr>
        <w:tc>
          <w:tcPr>
            <w:tcW w:w="3515" w:type="dxa"/>
            <w:tcBorders>
              <w:top w:val="single" w:sz="6" w:space="0" w:color="A6A6A6"/>
              <w:left w:val="single" w:sz="6" w:space="0" w:color="A6A6A6"/>
              <w:bottom w:val="single" w:sz="6" w:space="0" w:color="A6A6A6"/>
              <w:right w:val="single" w:sz="6" w:space="0" w:color="A6A6A6"/>
            </w:tcBorders>
            <w:tcMar>
              <w:top w:w="80" w:type="dxa"/>
              <w:left w:w="100" w:type="dxa"/>
              <w:bottom w:w="80" w:type="dxa"/>
              <w:right w:w="100" w:type="dxa"/>
            </w:tcMar>
            <w:vAlign w:val="center"/>
          </w:tcPr>
          <w:p w14:paraId="2FA7A90B" w14:textId="77777777" w:rsidR="00C4229A" w:rsidRPr="008A4F0D" w:rsidRDefault="006E22AE">
            <w:pPr>
              <w:spacing w:after="0"/>
              <w:rPr>
                <w:rFonts w:ascii="Times New Roman" w:hAnsi="Times New Roman" w:cs="Times New Roman"/>
              </w:rPr>
            </w:pPr>
            <w:r w:rsidRPr="008A4F0D">
              <w:rPr>
                <w:rFonts w:ascii="Times New Roman" w:hAnsi="Times New Roman" w:cs="Times New Roman"/>
                <w:b/>
              </w:rPr>
              <w:t>Pasta adrese (ja atšķiras)</w:t>
            </w:r>
          </w:p>
        </w:tc>
        <w:tc>
          <w:tcPr>
            <w:tcW w:w="6803" w:type="dxa"/>
            <w:tcBorders>
              <w:top w:val="single" w:sz="6" w:space="0" w:color="A6A6A6"/>
              <w:left w:val="single" w:sz="6" w:space="0" w:color="A6A6A6"/>
              <w:bottom w:val="single" w:sz="6" w:space="0" w:color="A6A6A6"/>
              <w:right w:val="single" w:sz="6" w:space="0" w:color="A6A6A6"/>
            </w:tcBorders>
            <w:tcMar>
              <w:top w:w="80" w:type="dxa"/>
              <w:left w:w="100" w:type="dxa"/>
              <w:bottom w:w="80" w:type="dxa"/>
              <w:right w:w="100" w:type="dxa"/>
            </w:tcMar>
            <w:vAlign w:val="center"/>
          </w:tcPr>
          <w:p w14:paraId="4E0CE609" w14:textId="77777777" w:rsidR="00C4229A" w:rsidRPr="008A4F0D" w:rsidRDefault="00C4229A">
            <w:pPr>
              <w:spacing w:after="0"/>
              <w:rPr>
                <w:rFonts w:ascii="Times New Roman" w:hAnsi="Times New Roman" w:cs="Times New Roman"/>
              </w:rPr>
            </w:pPr>
          </w:p>
        </w:tc>
      </w:tr>
      <w:tr w:rsidR="00C4229A" w:rsidRPr="008A4F0D" w14:paraId="0BD99392" w14:textId="77777777">
        <w:trPr>
          <w:jc w:val="center"/>
        </w:trPr>
        <w:tc>
          <w:tcPr>
            <w:tcW w:w="3515" w:type="dxa"/>
            <w:tcBorders>
              <w:top w:val="single" w:sz="6" w:space="0" w:color="A6A6A6"/>
              <w:left w:val="single" w:sz="6" w:space="0" w:color="A6A6A6"/>
              <w:bottom w:val="single" w:sz="6" w:space="0" w:color="A6A6A6"/>
              <w:right w:val="single" w:sz="6" w:space="0" w:color="A6A6A6"/>
            </w:tcBorders>
            <w:tcMar>
              <w:top w:w="80" w:type="dxa"/>
              <w:left w:w="100" w:type="dxa"/>
              <w:bottom w:w="80" w:type="dxa"/>
              <w:right w:w="100" w:type="dxa"/>
            </w:tcMar>
            <w:vAlign w:val="center"/>
          </w:tcPr>
          <w:p w14:paraId="72B01142" w14:textId="77777777" w:rsidR="00C4229A" w:rsidRPr="008A4F0D" w:rsidRDefault="006E22AE">
            <w:pPr>
              <w:spacing w:after="0"/>
              <w:rPr>
                <w:rFonts w:ascii="Times New Roman" w:hAnsi="Times New Roman" w:cs="Times New Roman"/>
              </w:rPr>
            </w:pPr>
            <w:r w:rsidRPr="008A4F0D">
              <w:rPr>
                <w:rFonts w:ascii="Times New Roman" w:hAnsi="Times New Roman" w:cs="Times New Roman"/>
                <w:b/>
              </w:rPr>
              <w:t>Kontaktpersona</w:t>
            </w:r>
          </w:p>
        </w:tc>
        <w:tc>
          <w:tcPr>
            <w:tcW w:w="6803" w:type="dxa"/>
            <w:tcBorders>
              <w:top w:val="single" w:sz="6" w:space="0" w:color="A6A6A6"/>
              <w:left w:val="single" w:sz="6" w:space="0" w:color="A6A6A6"/>
              <w:bottom w:val="single" w:sz="6" w:space="0" w:color="A6A6A6"/>
              <w:right w:val="single" w:sz="6" w:space="0" w:color="A6A6A6"/>
            </w:tcBorders>
            <w:tcMar>
              <w:top w:w="80" w:type="dxa"/>
              <w:left w:w="100" w:type="dxa"/>
              <w:bottom w:w="80" w:type="dxa"/>
              <w:right w:w="100" w:type="dxa"/>
            </w:tcMar>
            <w:vAlign w:val="center"/>
          </w:tcPr>
          <w:p w14:paraId="6792F54E" w14:textId="77777777" w:rsidR="00C4229A" w:rsidRPr="008A4F0D" w:rsidRDefault="00C4229A">
            <w:pPr>
              <w:spacing w:after="0"/>
              <w:rPr>
                <w:rFonts w:ascii="Times New Roman" w:hAnsi="Times New Roman" w:cs="Times New Roman"/>
              </w:rPr>
            </w:pPr>
          </w:p>
        </w:tc>
      </w:tr>
      <w:tr w:rsidR="00C4229A" w:rsidRPr="008A4F0D" w14:paraId="49A23230" w14:textId="77777777">
        <w:trPr>
          <w:jc w:val="center"/>
        </w:trPr>
        <w:tc>
          <w:tcPr>
            <w:tcW w:w="3515" w:type="dxa"/>
            <w:tcBorders>
              <w:top w:val="single" w:sz="6" w:space="0" w:color="A6A6A6"/>
              <w:left w:val="single" w:sz="6" w:space="0" w:color="A6A6A6"/>
              <w:bottom w:val="single" w:sz="6" w:space="0" w:color="A6A6A6"/>
              <w:right w:val="single" w:sz="6" w:space="0" w:color="A6A6A6"/>
            </w:tcBorders>
            <w:tcMar>
              <w:top w:w="80" w:type="dxa"/>
              <w:left w:w="100" w:type="dxa"/>
              <w:bottom w:w="80" w:type="dxa"/>
              <w:right w:w="100" w:type="dxa"/>
            </w:tcMar>
            <w:vAlign w:val="center"/>
          </w:tcPr>
          <w:p w14:paraId="34FF0089" w14:textId="77777777" w:rsidR="00C4229A" w:rsidRPr="008A4F0D" w:rsidRDefault="006E22AE">
            <w:pPr>
              <w:spacing w:after="0"/>
              <w:rPr>
                <w:rFonts w:ascii="Times New Roman" w:hAnsi="Times New Roman" w:cs="Times New Roman"/>
              </w:rPr>
            </w:pPr>
            <w:r w:rsidRPr="008A4F0D">
              <w:rPr>
                <w:rFonts w:ascii="Times New Roman" w:hAnsi="Times New Roman" w:cs="Times New Roman"/>
                <w:b/>
              </w:rPr>
              <w:t>Amats / pārstāvības pamats</w:t>
            </w:r>
          </w:p>
        </w:tc>
        <w:tc>
          <w:tcPr>
            <w:tcW w:w="6803" w:type="dxa"/>
            <w:tcBorders>
              <w:top w:val="single" w:sz="6" w:space="0" w:color="A6A6A6"/>
              <w:left w:val="single" w:sz="6" w:space="0" w:color="A6A6A6"/>
              <w:bottom w:val="single" w:sz="6" w:space="0" w:color="A6A6A6"/>
              <w:right w:val="single" w:sz="6" w:space="0" w:color="A6A6A6"/>
            </w:tcBorders>
            <w:tcMar>
              <w:top w:w="80" w:type="dxa"/>
              <w:left w:w="100" w:type="dxa"/>
              <w:bottom w:w="80" w:type="dxa"/>
              <w:right w:w="100" w:type="dxa"/>
            </w:tcMar>
            <w:vAlign w:val="center"/>
          </w:tcPr>
          <w:p w14:paraId="35C45FF6" w14:textId="77777777" w:rsidR="00C4229A" w:rsidRPr="008A4F0D" w:rsidRDefault="00C4229A">
            <w:pPr>
              <w:spacing w:after="0"/>
              <w:rPr>
                <w:rFonts w:ascii="Times New Roman" w:hAnsi="Times New Roman" w:cs="Times New Roman"/>
              </w:rPr>
            </w:pPr>
          </w:p>
        </w:tc>
      </w:tr>
      <w:tr w:rsidR="00C4229A" w:rsidRPr="008A4F0D" w14:paraId="189B4118" w14:textId="77777777">
        <w:trPr>
          <w:jc w:val="center"/>
        </w:trPr>
        <w:tc>
          <w:tcPr>
            <w:tcW w:w="3515" w:type="dxa"/>
            <w:tcBorders>
              <w:top w:val="single" w:sz="6" w:space="0" w:color="A6A6A6"/>
              <w:left w:val="single" w:sz="6" w:space="0" w:color="A6A6A6"/>
              <w:bottom w:val="single" w:sz="6" w:space="0" w:color="A6A6A6"/>
              <w:right w:val="single" w:sz="6" w:space="0" w:color="A6A6A6"/>
            </w:tcBorders>
            <w:tcMar>
              <w:top w:w="80" w:type="dxa"/>
              <w:left w:w="100" w:type="dxa"/>
              <w:bottom w:w="80" w:type="dxa"/>
              <w:right w:w="100" w:type="dxa"/>
            </w:tcMar>
            <w:vAlign w:val="center"/>
          </w:tcPr>
          <w:p w14:paraId="6E6C42C3" w14:textId="77777777" w:rsidR="00C4229A" w:rsidRPr="008A4F0D" w:rsidRDefault="006E22AE">
            <w:pPr>
              <w:spacing w:after="0"/>
              <w:rPr>
                <w:rFonts w:ascii="Times New Roman" w:hAnsi="Times New Roman" w:cs="Times New Roman"/>
              </w:rPr>
            </w:pPr>
            <w:r w:rsidRPr="008A4F0D">
              <w:rPr>
                <w:rFonts w:ascii="Times New Roman" w:hAnsi="Times New Roman" w:cs="Times New Roman"/>
                <w:b/>
              </w:rPr>
              <w:t>Tālrunis</w:t>
            </w:r>
          </w:p>
        </w:tc>
        <w:tc>
          <w:tcPr>
            <w:tcW w:w="6803" w:type="dxa"/>
            <w:tcBorders>
              <w:top w:val="single" w:sz="6" w:space="0" w:color="A6A6A6"/>
              <w:left w:val="single" w:sz="6" w:space="0" w:color="A6A6A6"/>
              <w:bottom w:val="single" w:sz="6" w:space="0" w:color="A6A6A6"/>
              <w:right w:val="single" w:sz="6" w:space="0" w:color="A6A6A6"/>
            </w:tcBorders>
            <w:tcMar>
              <w:top w:w="80" w:type="dxa"/>
              <w:left w:w="100" w:type="dxa"/>
              <w:bottom w:w="80" w:type="dxa"/>
              <w:right w:w="100" w:type="dxa"/>
            </w:tcMar>
            <w:vAlign w:val="center"/>
          </w:tcPr>
          <w:p w14:paraId="4A4A1F30" w14:textId="77777777" w:rsidR="00C4229A" w:rsidRPr="008A4F0D" w:rsidRDefault="00C4229A">
            <w:pPr>
              <w:spacing w:after="0"/>
              <w:rPr>
                <w:rFonts w:ascii="Times New Roman" w:hAnsi="Times New Roman" w:cs="Times New Roman"/>
              </w:rPr>
            </w:pPr>
          </w:p>
        </w:tc>
      </w:tr>
      <w:tr w:rsidR="00C4229A" w:rsidRPr="008A4F0D" w14:paraId="3A6B174D" w14:textId="77777777">
        <w:trPr>
          <w:jc w:val="center"/>
        </w:trPr>
        <w:tc>
          <w:tcPr>
            <w:tcW w:w="3515" w:type="dxa"/>
            <w:tcBorders>
              <w:top w:val="single" w:sz="6" w:space="0" w:color="A6A6A6"/>
              <w:left w:val="single" w:sz="6" w:space="0" w:color="A6A6A6"/>
              <w:bottom w:val="single" w:sz="6" w:space="0" w:color="A6A6A6"/>
              <w:right w:val="single" w:sz="6" w:space="0" w:color="A6A6A6"/>
            </w:tcBorders>
            <w:tcMar>
              <w:top w:w="80" w:type="dxa"/>
              <w:left w:w="100" w:type="dxa"/>
              <w:bottom w:w="80" w:type="dxa"/>
              <w:right w:w="100" w:type="dxa"/>
            </w:tcMar>
            <w:vAlign w:val="center"/>
          </w:tcPr>
          <w:p w14:paraId="171CE23B" w14:textId="77777777" w:rsidR="00C4229A" w:rsidRPr="008A4F0D" w:rsidRDefault="006E22AE">
            <w:pPr>
              <w:spacing w:after="0"/>
              <w:rPr>
                <w:rFonts w:ascii="Times New Roman" w:hAnsi="Times New Roman" w:cs="Times New Roman"/>
              </w:rPr>
            </w:pPr>
            <w:r w:rsidRPr="008A4F0D">
              <w:rPr>
                <w:rFonts w:ascii="Times New Roman" w:hAnsi="Times New Roman" w:cs="Times New Roman"/>
                <w:b/>
              </w:rPr>
              <w:t>E-pasts</w:t>
            </w:r>
          </w:p>
        </w:tc>
        <w:tc>
          <w:tcPr>
            <w:tcW w:w="6803" w:type="dxa"/>
            <w:tcBorders>
              <w:top w:val="single" w:sz="6" w:space="0" w:color="A6A6A6"/>
              <w:left w:val="single" w:sz="6" w:space="0" w:color="A6A6A6"/>
              <w:bottom w:val="single" w:sz="6" w:space="0" w:color="A6A6A6"/>
              <w:right w:val="single" w:sz="6" w:space="0" w:color="A6A6A6"/>
            </w:tcBorders>
            <w:tcMar>
              <w:top w:w="80" w:type="dxa"/>
              <w:left w:w="100" w:type="dxa"/>
              <w:bottom w:w="80" w:type="dxa"/>
              <w:right w:w="100" w:type="dxa"/>
            </w:tcMar>
            <w:vAlign w:val="center"/>
          </w:tcPr>
          <w:p w14:paraId="4A1FA0DD" w14:textId="77777777" w:rsidR="00C4229A" w:rsidRPr="008A4F0D" w:rsidRDefault="00C4229A">
            <w:pPr>
              <w:spacing w:after="0"/>
              <w:rPr>
                <w:rFonts w:ascii="Times New Roman" w:hAnsi="Times New Roman" w:cs="Times New Roman"/>
              </w:rPr>
            </w:pPr>
          </w:p>
        </w:tc>
      </w:tr>
      <w:tr w:rsidR="00C4229A" w:rsidRPr="008A4F0D" w14:paraId="633641FE" w14:textId="77777777">
        <w:trPr>
          <w:jc w:val="center"/>
        </w:trPr>
        <w:tc>
          <w:tcPr>
            <w:tcW w:w="3515" w:type="dxa"/>
            <w:tcBorders>
              <w:top w:val="single" w:sz="6" w:space="0" w:color="A6A6A6"/>
              <w:left w:val="single" w:sz="6" w:space="0" w:color="A6A6A6"/>
              <w:bottom w:val="single" w:sz="6" w:space="0" w:color="A6A6A6"/>
              <w:right w:val="single" w:sz="6" w:space="0" w:color="A6A6A6"/>
            </w:tcBorders>
            <w:tcMar>
              <w:top w:w="80" w:type="dxa"/>
              <w:left w:w="100" w:type="dxa"/>
              <w:bottom w:w="80" w:type="dxa"/>
              <w:right w:w="100" w:type="dxa"/>
            </w:tcMar>
            <w:vAlign w:val="center"/>
          </w:tcPr>
          <w:p w14:paraId="3969B6B8" w14:textId="77777777" w:rsidR="00C4229A" w:rsidRPr="008A4F0D" w:rsidRDefault="006E22AE">
            <w:pPr>
              <w:spacing w:after="0"/>
              <w:rPr>
                <w:rFonts w:ascii="Times New Roman" w:hAnsi="Times New Roman" w:cs="Times New Roman"/>
              </w:rPr>
            </w:pPr>
            <w:r w:rsidRPr="008A4F0D">
              <w:rPr>
                <w:rFonts w:ascii="Times New Roman" w:hAnsi="Times New Roman" w:cs="Times New Roman"/>
                <w:b/>
              </w:rPr>
              <w:t>Mājaslapa (ja ir)</w:t>
            </w:r>
          </w:p>
        </w:tc>
        <w:tc>
          <w:tcPr>
            <w:tcW w:w="6803" w:type="dxa"/>
            <w:tcBorders>
              <w:top w:val="single" w:sz="6" w:space="0" w:color="A6A6A6"/>
              <w:left w:val="single" w:sz="6" w:space="0" w:color="A6A6A6"/>
              <w:bottom w:val="single" w:sz="6" w:space="0" w:color="A6A6A6"/>
              <w:right w:val="single" w:sz="6" w:space="0" w:color="A6A6A6"/>
            </w:tcBorders>
            <w:tcMar>
              <w:top w:w="80" w:type="dxa"/>
              <w:left w:w="100" w:type="dxa"/>
              <w:bottom w:w="80" w:type="dxa"/>
              <w:right w:w="100" w:type="dxa"/>
            </w:tcMar>
            <w:vAlign w:val="center"/>
          </w:tcPr>
          <w:p w14:paraId="27939134" w14:textId="77777777" w:rsidR="00C4229A" w:rsidRPr="008A4F0D" w:rsidRDefault="00C4229A">
            <w:pPr>
              <w:spacing w:after="0"/>
              <w:rPr>
                <w:rFonts w:ascii="Times New Roman" w:hAnsi="Times New Roman" w:cs="Times New Roman"/>
              </w:rPr>
            </w:pPr>
          </w:p>
        </w:tc>
      </w:tr>
    </w:tbl>
    <w:p w14:paraId="338E9FC4" w14:textId="77777777" w:rsidR="00C4229A" w:rsidRPr="008A4F0D" w:rsidRDefault="006E22AE">
      <w:pPr>
        <w:keepNext/>
        <w:spacing w:before="160" w:after="80"/>
        <w:rPr>
          <w:rFonts w:ascii="Times New Roman" w:hAnsi="Times New Roman" w:cs="Times New Roman"/>
        </w:rPr>
      </w:pPr>
      <w:r w:rsidRPr="008A4F0D">
        <w:rPr>
          <w:rFonts w:ascii="Times New Roman" w:hAnsi="Times New Roman" w:cs="Times New Roman"/>
          <w:b/>
          <w:color w:val="2F541F"/>
          <w:sz w:val="22"/>
        </w:rPr>
        <w:t>2. Pieprasītā sertifikācija</w:t>
      </w:r>
    </w:p>
    <w:tbl>
      <w:tblPr>
        <w:tblW w:w="0" w:type="auto"/>
        <w:jc w:val="center"/>
        <w:tblLayout w:type="fixed"/>
        <w:tblLook w:val="04A0" w:firstRow="1" w:lastRow="0" w:firstColumn="1" w:lastColumn="0" w:noHBand="0" w:noVBand="1"/>
      </w:tblPr>
      <w:tblGrid>
        <w:gridCol w:w="3515"/>
        <w:gridCol w:w="6803"/>
      </w:tblGrid>
      <w:tr w:rsidR="00C4229A" w:rsidRPr="008A4F0D" w14:paraId="277E99E1" w14:textId="77777777">
        <w:trPr>
          <w:jc w:val="center"/>
        </w:trPr>
        <w:tc>
          <w:tcPr>
            <w:tcW w:w="3515" w:type="dxa"/>
            <w:tcBorders>
              <w:top w:val="single" w:sz="6" w:space="0" w:color="A6A6A6"/>
              <w:left w:val="single" w:sz="6" w:space="0" w:color="A6A6A6"/>
              <w:bottom w:val="single" w:sz="6" w:space="0" w:color="A6A6A6"/>
              <w:right w:val="single" w:sz="6" w:space="0" w:color="A6A6A6"/>
            </w:tcBorders>
            <w:tcMar>
              <w:top w:w="80" w:type="dxa"/>
              <w:left w:w="100" w:type="dxa"/>
              <w:bottom w:w="80" w:type="dxa"/>
              <w:right w:w="100" w:type="dxa"/>
            </w:tcMar>
            <w:vAlign w:val="center"/>
          </w:tcPr>
          <w:p w14:paraId="0193EAAA" w14:textId="77777777" w:rsidR="00C4229A" w:rsidRPr="008A4F0D" w:rsidRDefault="006E22AE">
            <w:pPr>
              <w:spacing w:after="0"/>
              <w:rPr>
                <w:rFonts w:ascii="Times New Roman" w:hAnsi="Times New Roman" w:cs="Times New Roman"/>
              </w:rPr>
            </w:pPr>
            <w:r w:rsidRPr="008A4F0D">
              <w:rPr>
                <w:rFonts w:ascii="Times New Roman" w:hAnsi="Times New Roman" w:cs="Times New Roman"/>
                <w:b/>
              </w:rPr>
              <w:t>Sertifikācijas veids</w:t>
            </w:r>
          </w:p>
        </w:tc>
        <w:tc>
          <w:tcPr>
            <w:tcW w:w="6803" w:type="dxa"/>
            <w:tcBorders>
              <w:top w:val="single" w:sz="6" w:space="0" w:color="A6A6A6"/>
              <w:left w:val="single" w:sz="6" w:space="0" w:color="A6A6A6"/>
              <w:bottom w:val="single" w:sz="6" w:space="0" w:color="A6A6A6"/>
              <w:right w:val="single" w:sz="6" w:space="0" w:color="A6A6A6"/>
            </w:tcBorders>
            <w:tcMar>
              <w:top w:w="80" w:type="dxa"/>
              <w:left w:w="100" w:type="dxa"/>
              <w:bottom w:w="80" w:type="dxa"/>
              <w:right w:w="100" w:type="dxa"/>
            </w:tcMar>
            <w:vAlign w:val="center"/>
          </w:tcPr>
          <w:p w14:paraId="229E21AC" w14:textId="77777777" w:rsidR="00C4229A" w:rsidRPr="008A4F0D" w:rsidRDefault="006E22AE">
            <w:pPr>
              <w:spacing w:after="0"/>
              <w:rPr>
                <w:rFonts w:ascii="Times New Roman" w:hAnsi="Times New Roman" w:cs="Times New Roman"/>
              </w:rPr>
            </w:pPr>
            <w:r w:rsidRPr="008A4F0D">
              <w:rPr>
                <w:rFonts w:ascii="Segoe UI Symbol" w:hAnsi="Segoe UI Symbol" w:cs="Segoe UI Symbol"/>
              </w:rPr>
              <w:t>☐</w:t>
            </w:r>
            <w:r w:rsidRPr="008A4F0D">
              <w:rPr>
                <w:rFonts w:ascii="Times New Roman" w:hAnsi="Times New Roman" w:cs="Times New Roman"/>
              </w:rPr>
              <w:t xml:space="preserve"> Individuālā sertifikācija    </w:t>
            </w:r>
            <w:r w:rsidRPr="008A4F0D">
              <w:rPr>
                <w:rFonts w:ascii="Segoe UI Symbol" w:hAnsi="Segoe UI Symbol" w:cs="Segoe UI Symbol"/>
              </w:rPr>
              <w:t>☐</w:t>
            </w:r>
            <w:r w:rsidRPr="008A4F0D">
              <w:rPr>
                <w:rFonts w:ascii="Times New Roman" w:hAnsi="Times New Roman" w:cs="Times New Roman"/>
              </w:rPr>
              <w:t xml:space="preserve"> Grupas sertifikācija</w:t>
            </w:r>
          </w:p>
        </w:tc>
      </w:tr>
      <w:tr w:rsidR="00C4229A" w:rsidRPr="008A4F0D" w14:paraId="1D7A3B27" w14:textId="77777777">
        <w:trPr>
          <w:jc w:val="center"/>
        </w:trPr>
        <w:tc>
          <w:tcPr>
            <w:tcW w:w="3515" w:type="dxa"/>
            <w:tcBorders>
              <w:top w:val="single" w:sz="6" w:space="0" w:color="A6A6A6"/>
              <w:left w:val="single" w:sz="6" w:space="0" w:color="A6A6A6"/>
              <w:bottom w:val="single" w:sz="6" w:space="0" w:color="A6A6A6"/>
              <w:right w:val="single" w:sz="6" w:space="0" w:color="A6A6A6"/>
            </w:tcBorders>
            <w:tcMar>
              <w:top w:w="80" w:type="dxa"/>
              <w:left w:w="100" w:type="dxa"/>
              <w:bottom w:w="80" w:type="dxa"/>
              <w:right w:w="100" w:type="dxa"/>
            </w:tcMar>
            <w:vAlign w:val="center"/>
          </w:tcPr>
          <w:p w14:paraId="3EE21C46" w14:textId="77777777" w:rsidR="00C4229A" w:rsidRPr="008A4F0D" w:rsidRDefault="006E22AE">
            <w:pPr>
              <w:spacing w:after="0"/>
              <w:rPr>
                <w:rFonts w:ascii="Times New Roman" w:hAnsi="Times New Roman" w:cs="Times New Roman"/>
              </w:rPr>
            </w:pPr>
            <w:r w:rsidRPr="008A4F0D">
              <w:rPr>
                <w:rFonts w:ascii="Times New Roman" w:hAnsi="Times New Roman" w:cs="Times New Roman"/>
                <w:b/>
              </w:rPr>
              <w:t>Sertifikācijas darbības joma</w:t>
            </w:r>
          </w:p>
        </w:tc>
        <w:tc>
          <w:tcPr>
            <w:tcW w:w="6803" w:type="dxa"/>
            <w:tcBorders>
              <w:top w:val="single" w:sz="6" w:space="0" w:color="A6A6A6"/>
              <w:left w:val="single" w:sz="6" w:space="0" w:color="A6A6A6"/>
              <w:bottom w:val="single" w:sz="6" w:space="0" w:color="A6A6A6"/>
              <w:right w:val="single" w:sz="6" w:space="0" w:color="A6A6A6"/>
            </w:tcBorders>
            <w:tcMar>
              <w:top w:w="80" w:type="dxa"/>
              <w:left w:w="100" w:type="dxa"/>
              <w:bottom w:w="80" w:type="dxa"/>
              <w:right w:w="100" w:type="dxa"/>
            </w:tcMar>
            <w:vAlign w:val="center"/>
          </w:tcPr>
          <w:p w14:paraId="03638F39" w14:textId="77777777" w:rsidR="00C4229A" w:rsidRPr="008A4F0D" w:rsidRDefault="006E22AE">
            <w:pPr>
              <w:spacing w:after="0"/>
              <w:rPr>
                <w:rFonts w:ascii="Times New Roman" w:hAnsi="Times New Roman" w:cs="Times New Roman"/>
              </w:rPr>
            </w:pPr>
            <w:r w:rsidRPr="008A4F0D">
              <w:rPr>
                <w:rFonts w:ascii="Times New Roman" w:hAnsi="Times New Roman" w:cs="Times New Roman"/>
              </w:rPr>
              <w:t>Ilgtspējīga meža apsaimniekošana / Sustainable forest management</w:t>
            </w:r>
          </w:p>
        </w:tc>
      </w:tr>
      <w:tr w:rsidR="00C4229A" w:rsidRPr="008A4F0D" w14:paraId="545F94A3" w14:textId="77777777">
        <w:trPr>
          <w:jc w:val="center"/>
        </w:trPr>
        <w:tc>
          <w:tcPr>
            <w:tcW w:w="3515" w:type="dxa"/>
            <w:tcBorders>
              <w:top w:val="single" w:sz="6" w:space="0" w:color="A6A6A6"/>
              <w:left w:val="single" w:sz="6" w:space="0" w:color="A6A6A6"/>
              <w:bottom w:val="single" w:sz="6" w:space="0" w:color="A6A6A6"/>
              <w:right w:val="single" w:sz="6" w:space="0" w:color="A6A6A6"/>
            </w:tcBorders>
            <w:tcMar>
              <w:top w:w="80" w:type="dxa"/>
              <w:left w:w="100" w:type="dxa"/>
              <w:bottom w:w="80" w:type="dxa"/>
              <w:right w:w="100" w:type="dxa"/>
            </w:tcMar>
            <w:vAlign w:val="center"/>
          </w:tcPr>
          <w:p w14:paraId="753BF88B" w14:textId="77777777" w:rsidR="00C4229A" w:rsidRPr="008A4F0D" w:rsidRDefault="006E22AE">
            <w:pPr>
              <w:spacing w:after="0"/>
              <w:rPr>
                <w:rFonts w:ascii="Times New Roman" w:hAnsi="Times New Roman" w:cs="Times New Roman"/>
              </w:rPr>
            </w:pPr>
            <w:r w:rsidRPr="008A4F0D">
              <w:rPr>
                <w:rFonts w:ascii="Times New Roman" w:hAnsi="Times New Roman" w:cs="Times New Roman"/>
                <w:b/>
              </w:rPr>
              <w:t>Pieteikuma mērķis</w:t>
            </w:r>
          </w:p>
        </w:tc>
        <w:tc>
          <w:tcPr>
            <w:tcW w:w="6803" w:type="dxa"/>
            <w:tcBorders>
              <w:top w:val="single" w:sz="6" w:space="0" w:color="A6A6A6"/>
              <w:left w:val="single" w:sz="6" w:space="0" w:color="A6A6A6"/>
              <w:bottom w:val="single" w:sz="6" w:space="0" w:color="A6A6A6"/>
              <w:right w:val="single" w:sz="6" w:space="0" w:color="A6A6A6"/>
            </w:tcBorders>
            <w:tcMar>
              <w:top w:w="80" w:type="dxa"/>
              <w:left w:w="100" w:type="dxa"/>
              <w:bottom w:w="80" w:type="dxa"/>
              <w:right w:w="100" w:type="dxa"/>
            </w:tcMar>
            <w:vAlign w:val="center"/>
          </w:tcPr>
          <w:p w14:paraId="18BAE13D" w14:textId="77777777" w:rsidR="00C4229A" w:rsidRPr="008A4F0D" w:rsidRDefault="006E22AE">
            <w:pPr>
              <w:spacing w:after="0"/>
              <w:rPr>
                <w:rFonts w:ascii="Times New Roman" w:hAnsi="Times New Roman" w:cs="Times New Roman"/>
              </w:rPr>
            </w:pPr>
            <w:r w:rsidRPr="008A4F0D">
              <w:rPr>
                <w:rFonts w:ascii="Segoe UI Symbol" w:hAnsi="Segoe UI Symbol" w:cs="Segoe UI Symbol"/>
              </w:rPr>
              <w:t>☐</w:t>
            </w:r>
            <w:r w:rsidRPr="008A4F0D">
              <w:rPr>
                <w:rFonts w:ascii="Times New Roman" w:hAnsi="Times New Roman" w:cs="Times New Roman"/>
              </w:rPr>
              <w:t xml:space="preserve"> Sākotnējā sertifikācija    </w:t>
            </w:r>
            <w:r w:rsidRPr="008A4F0D">
              <w:rPr>
                <w:rFonts w:ascii="Segoe UI Symbol" w:hAnsi="Segoe UI Symbol" w:cs="Segoe UI Symbol"/>
              </w:rPr>
              <w:t>☐</w:t>
            </w:r>
            <w:r w:rsidRPr="008A4F0D">
              <w:rPr>
                <w:rFonts w:ascii="Times New Roman" w:hAnsi="Times New Roman" w:cs="Times New Roman"/>
              </w:rPr>
              <w:t xml:space="preserve"> Pārsertifikācija    </w:t>
            </w:r>
            <w:r w:rsidRPr="008A4F0D">
              <w:rPr>
                <w:rFonts w:ascii="Segoe UI Symbol" w:hAnsi="Segoe UI Symbol" w:cs="Segoe UI Symbol"/>
              </w:rPr>
              <w:t>☐</w:t>
            </w:r>
            <w:r w:rsidRPr="008A4F0D">
              <w:rPr>
                <w:rFonts w:ascii="Times New Roman" w:hAnsi="Times New Roman" w:cs="Times New Roman"/>
              </w:rPr>
              <w:t xml:space="preserve"> Cits: ____________________</w:t>
            </w:r>
          </w:p>
        </w:tc>
      </w:tr>
    </w:tbl>
    <w:p w14:paraId="71D602E2" w14:textId="77777777" w:rsidR="00C4229A" w:rsidRPr="008A4F0D" w:rsidRDefault="006E22AE">
      <w:pPr>
        <w:keepNext/>
        <w:spacing w:before="160" w:after="80"/>
        <w:rPr>
          <w:rFonts w:ascii="Times New Roman" w:hAnsi="Times New Roman" w:cs="Times New Roman"/>
        </w:rPr>
      </w:pPr>
      <w:r w:rsidRPr="008A4F0D">
        <w:rPr>
          <w:rFonts w:ascii="Times New Roman" w:hAnsi="Times New Roman" w:cs="Times New Roman"/>
          <w:b/>
          <w:color w:val="2F541F"/>
          <w:sz w:val="22"/>
        </w:rPr>
        <w:t>3. Iepriekšējā PEFC meža apsaimniekošanas sertifikācija</w:t>
      </w:r>
    </w:p>
    <w:tbl>
      <w:tblPr>
        <w:tblW w:w="0" w:type="auto"/>
        <w:jc w:val="center"/>
        <w:tblLayout w:type="fixed"/>
        <w:tblLook w:val="04A0" w:firstRow="1" w:lastRow="0" w:firstColumn="1" w:lastColumn="0" w:noHBand="0" w:noVBand="1"/>
      </w:tblPr>
      <w:tblGrid>
        <w:gridCol w:w="4195"/>
        <w:gridCol w:w="6123"/>
      </w:tblGrid>
      <w:tr w:rsidR="00C4229A" w:rsidRPr="008A4F0D" w14:paraId="250D1CA5" w14:textId="77777777">
        <w:trPr>
          <w:jc w:val="center"/>
        </w:trPr>
        <w:tc>
          <w:tcPr>
            <w:tcW w:w="4195" w:type="dxa"/>
            <w:tcBorders>
              <w:top w:val="single" w:sz="6" w:space="0" w:color="A6A6A6"/>
              <w:left w:val="single" w:sz="6" w:space="0" w:color="A6A6A6"/>
              <w:bottom w:val="single" w:sz="6" w:space="0" w:color="A6A6A6"/>
              <w:right w:val="single" w:sz="6" w:space="0" w:color="A6A6A6"/>
            </w:tcBorders>
            <w:tcMar>
              <w:top w:w="80" w:type="dxa"/>
              <w:left w:w="100" w:type="dxa"/>
              <w:bottom w:w="80" w:type="dxa"/>
              <w:right w:w="100" w:type="dxa"/>
            </w:tcMar>
            <w:vAlign w:val="center"/>
          </w:tcPr>
          <w:p w14:paraId="3A3997DB" w14:textId="77777777" w:rsidR="00C4229A" w:rsidRPr="008A4F0D" w:rsidRDefault="006E22AE">
            <w:pPr>
              <w:spacing w:after="0"/>
              <w:rPr>
                <w:rFonts w:ascii="Times New Roman" w:hAnsi="Times New Roman" w:cs="Times New Roman"/>
              </w:rPr>
            </w:pPr>
            <w:r w:rsidRPr="008A4F0D">
              <w:rPr>
                <w:rFonts w:ascii="Times New Roman" w:hAnsi="Times New Roman" w:cs="Times New Roman"/>
                <w:b/>
              </w:rPr>
              <w:t>Vai pieteikuma iesniedzējs iepriekš bijis PEFC FM sertificēts?</w:t>
            </w:r>
          </w:p>
        </w:tc>
        <w:tc>
          <w:tcPr>
            <w:tcW w:w="6123" w:type="dxa"/>
            <w:tcBorders>
              <w:top w:val="single" w:sz="6" w:space="0" w:color="A6A6A6"/>
              <w:left w:val="single" w:sz="6" w:space="0" w:color="A6A6A6"/>
              <w:bottom w:val="single" w:sz="6" w:space="0" w:color="A6A6A6"/>
              <w:right w:val="single" w:sz="6" w:space="0" w:color="A6A6A6"/>
            </w:tcBorders>
            <w:tcMar>
              <w:top w:w="80" w:type="dxa"/>
              <w:left w:w="100" w:type="dxa"/>
              <w:bottom w:w="80" w:type="dxa"/>
              <w:right w:w="100" w:type="dxa"/>
            </w:tcMar>
            <w:vAlign w:val="center"/>
          </w:tcPr>
          <w:p w14:paraId="4E837ADC" w14:textId="77777777" w:rsidR="00C4229A" w:rsidRPr="008A4F0D" w:rsidRDefault="006E22AE">
            <w:pPr>
              <w:spacing w:after="0"/>
              <w:rPr>
                <w:rFonts w:ascii="Times New Roman" w:hAnsi="Times New Roman" w:cs="Times New Roman"/>
              </w:rPr>
            </w:pPr>
            <w:r w:rsidRPr="008A4F0D">
              <w:rPr>
                <w:rFonts w:ascii="Segoe UI Symbol" w:hAnsi="Segoe UI Symbol" w:cs="Segoe UI Symbol"/>
              </w:rPr>
              <w:t>☐</w:t>
            </w:r>
            <w:r w:rsidRPr="008A4F0D">
              <w:rPr>
                <w:rFonts w:ascii="Times New Roman" w:hAnsi="Times New Roman" w:cs="Times New Roman"/>
              </w:rPr>
              <w:t xml:space="preserve"> Jā    </w:t>
            </w:r>
            <w:r w:rsidRPr="008A4F0D">
              <w:rPr>
                <w:rFonts w:ascii="Segoe UI Symbol" w:hAnsi="Segoe UI Symbol" w:cs="Segoe UI Symbol"/>
              </w:rPr>
              <w:t>☐</w:t>
            </w:r>
            <w:r w:rsidRPr="008A4F0D">
              <w:rPr>
                <w:rFonts w:ascii="Times New Roman" w:hAnsi="Times New Roman" w:cs="Times New Roman"/>
              </w:rPr>
              <w:t xml:space="preserve"> Nē</w:t>
            </w:r>
          </w:p>
        </w:tc>
      </w:tr>
      <w:tr w:rsidR="00C4229A" w:rsidRPr="008A4F0D" w14:paraId="37C68326" w14:textId="77777777">
        <w:trPr>
          <w:jc w:val="center"/>
        </w:trPr>
        <w:tc>
          <w:tcPr>
            <w:tcW w:w="4195" w:type="dxa"/>
            <w:tcBorders>
              <w:top w:val="single" w:sz="6" w:space="0" w:color="A6A6A6"/>
              <w:left w:val="single" w:sz="6" w:space="0" w:color="A6A6A6"/>
              <w:bottom w:val="single" w:sz="6" w:space="0" w:color="A6A6A6"/>
              <w:right w:val="single" w:sz="6" w:space="0" w:color="A6A6A6"/>
            </w:tcBorders>
            <w:tcMar>
              <w:top w:w="80" w:type="dxa"/>
              <w:left w:w="100" w:type="dxa"/>
              <w:bottom w:w="80" w:type="dxa"/>
              <w:right w:w="100" w:type="dxa"/>
            </w:tcMar>
            <w:vAlign w:val="center"/>
          </w:tcPr>
          <w:p w14:paraId="0310ADCD" w14:textId="77777777" w:rsidR="00C4229A" w:rsidRPr="008A4F0D" w:rsidRDefault="006E22AE">
            <w:pPr>
              <w:spacing w:after="0"/>
              <w:rPr>
                <w:rFonts w:ascii="Times New Roman" w:hAnsi="Times New Roman" w:cs="Times New Roman"/>
              </w:rPr>
            </w:pPr>
            <w:r w:rsidRPr="008A4F0D">
              <w:rPr>
                <w:rFonts w:ascii="Times New Roman" w:hAnsi="Times New Roman" w:cs="Times New Roman"/>
                <w:b/>
              </w:rPr>
              <w:t>Iepriekšējā sertifikācijas institūcija</w:t>
            </w:r>
          </w:p>
        </w:tc>
        <w:tc>
          <w:tcPr>
            <w:tcW w:w="6123" w:type="dxa"/>
            <w:tcBorders>
              <w:top w:val="single" w:sz="6" w:space="0" w:color="A6A6A6"/>
              <w:left w:val="single" w:sz="6" w:space="0" w:color="A6A6A6"/>
              <w:bottom w:val="single" w:sz="6" w:space="0" w:color="A6A6A6"/>
              <w:right w:val="single" w:sz="6" w:space="0" w:color="A6A6A6"/>
            </w:tcBorders>
            <w:tcMar>
              <w:top w:w="80" w:type="dxa"/>
              <w:left w:w="100" w:type="dxa"/>
              <w:bottom w:w="80" w:type="dxa"/>
              <w:right w:w="100" w:type="dxa"/>
            </w:tcMar>
            <w:vAlign w:val="center"/>
          </w:tcPr>
          <w:p w14:paraId="31E84C5E" w14:textId="77777777" w:rsidR="00C4229A" w:rsidRPr="008A4F0D" w:rsidRDefault="00C4229A">
            <w:pPr>
              <w:spacing w:after="0"/>
              <w:rPr>
                <w:rFonts w:ascii="Times New Roman" w:hAnsi="Times New Roman" w:cs="Times New Roman"/>
              </w:rPr>
            </w:pPr>
          </w:p>
        </w:tc>
      </w:tr>
      <w:tr w:rsidR="00C4229A" w:rsidRPr="008A4F0D" w14:paraId="0136A40E" w14:textId="77777777">
        <w:trPr>
          <w:jc w:val="center"/>
        </w:trPr>
        <w:tc>
          <w:tcPr>
            <w:tcW w:w="4195" w:type="dxa"/>
            <w:tcBorders>
              <w:top w:val="single" w:sz="6" w:space="0" w:color="A6A6A6"/>
              <w:left w:val="single" w:sz="6" w:space="0" w:color="A6A6A6"/>
              <w:bottom w:val="single" w:sz="6" w:space="0" w:color="A6A6A6"/>
              <w:right w:val="single" w:sz="6" w:space="0" w:color="A6A6A6"/>
            </w:tcBorders>
            <w:tcMar>
              <w:top w:w="80" w:type="dxa"/>
              <w:left w:w="100" w:type="dxa"/>
              <w:bottom w:w="80" w:type="dxa"/>
              <w:right w:w="100" w:type="dxa"/>
            </w:tcMar>
            <w:vAlign w:val="center"/>
          </w:tcPr>
          <w:p w14:paraId="55A220D8" w14:textId="77777777" w:rsidR="00C4229A" w:rsidRPr="008A4F0D" w:rsidRDefault="006E22AE">
            <w:pPr>
              <w:spacing w:after="0"/>
              <w:rPr>
                <w:rFonts w:ascii="Times New Roman" w:hAnsi="Times New Roman" w:cs="Times New Roman"/>
              </w:rPr>
            </w:pPr>
            <w:r w:rsidRPr="008A4F0D">
              <w:rPr>
                <w:rFonts w:ascii="Times New Roman" w:hAnsi="Times New Roman" w:cs="Times New Roman"/>
                <w:b/>
              </w:rPr>
              <w:t>Sertifikāta Nr. un derīguma termiņš</w:t>
            </w:r>
          </w:p>
        </w:tc>
        <w:tc>
          <w:tcPr>
            <w:tcW w:w="6123" w:type="dxa"/>
            <w:tcBorders>
              <w:top w:val="single" w:sz="6" w:space="0" w:color="A6A6A6"/>
              <w:left w:val="single" w:sz="6" w:space="0" w:color="A6A6A6"/>
              <w:bottom w:val="single" w:sz="6" w:space="0" w:color="A6A6A6"/>
              <w:right w:val="single" w:sz="6" w:space="0" w:color="A6A6A6"/>
            </w:tcBorders>
            <w:tcMar>
              <w:top w:w="80" w:type="dxa"/>
              <w:left w:w="100" w:type="dxa"/>
              <w:bottom w:w="80" w:type="dxa"/>
              <w:right w:w="100" w:type="dxa"/>
            </w:tcMar>
            <w:vAlign w:val="center"/>
          </w:tcPr>
          <w:p w14:paraId="47D2E8B8" w14:textId="77777777" w:rsidR="00C4229A" w:rsidRPr="008A4F0D" w:rsidRDefault="00C4229A">
            <w:pPr>
              <w:spacing w:after="0"/>
              <w:rPr>
                <w:rFonts w:ascii="Times New Roman" w:hAnsi="Times New Roman" w:cs="Times New Roman"/>
              </w:rPr>
            </w:pPr>
          </w:p>
        </w:tc>
      </w:tr>
      <w:tr w:rsidR="00C4229A" w:rsidRPr="008A4F0D" w14:paraId="5D76F981" w14:textId="77777777">
        <w:trPr>
          <w:jc w:val="center"/>
        </w:trPr>
        <w:tc>
          <w:tcPr>
            <w:tcW w:w="4195" w:type="dxa"/>
            <w:tcBorders>
              <w:top w:val="single" w:sz="6" w:space="0" w:color="A6A6A6"/>
              <w:left w:val="single" w:sz="6" w:space="0" w:color="A6A6A6"/>
              <w:bottom w:val="single" w:sz="6" w:space="0" w:color="A6A6A6"/>
              <w:right w:val="single" w:sz="6" w:space="0" w:color="A6A6A6"/>
            </w:tcBorders>
            <w:tcMar>
              <w:top w:w="80" w:type="dxa"/>
              <w:left w:w="100" w:type="dxa"/>
              <w:bottom w:w="80" w:type="dxa"/>
              <w:right w:w="100" w:type="dxa"/>
            </w:tcMar>
            <w:vAlign w:val="center"/>
          </w:tcPr>
          <w:p w14:paraId="28404BF5" w14:textId="77777777" w:rsidR="00C4229A" w:rsidRPr="008A4F0D" w:rsidRDefault="006E22AE">
            <w:pPr>
              <w:spacing w:after="0"/>
              <w:rPr>
                <w:rFonts w:ascii="Times New Roman" w:hAnsi="Times New Roman" w:cs="Times New Roman"/>
              </w:rPr>
            </w:pPr>
            <w:r w:rsidRPr="008A4F0D">
              <w:rPr>
                <w:rFonts w:ascii="Times New Roman" w:hAnsi="Times New Roman" w:cs="Times New Roman"/>
                <w:b/>
              </w:rPr>
              <w:t>Sertifikāta statuss / sertifikācijas pārtraukšanas iemesls (ja attiecināms)</w:t>
            </w:r>
          </w:p>
        </w:tc>
        <w:tc>
          <w:tcPr>
            <w:tcW w:w="6123" w:type="dxa"/>
            <w:tcBorders>
              <w:top w:val="single" w:sz="6" w:space="0" w:color="A6A6A6"/>
              <w:left w:val="single" w:sz="6" w:space="0" w:color="A6A6A6"/>
              <w:bottom w:val="single" w:sz="6" w:space="0" w:color="A6A6A6"/>
              <w:right w:val="single" w:sz="6" w:space="0" w:color="A6A6A6"/>
            </w:tcBorders>
            <w:tcMar>
              <w:top w:w="80" w:type="dxa"/>
              <w:left w:w="100" w:type="dxa"/>
              <w:bottom w:w="80" w:type="dxa"/>
              <w:right w:w="100" w:type="dxa"/>
            </w:tcMar>
            <w:vAlign w:val="center"/>
          </w:tcPr>
          <w:p w14:paraId="45AEC98D" w14:textId="77777777" w:rsidR="00C4229A" w:rsidRPr="008A4F0D" w:rsidRDefault="00C4229A">
            <w:pPr>
              <w:spacing w:after="0"/>
              <w:rPr>
                <w:rFonts w:ascii="Times New Roman" w:hAnsi="Times New Roman" w:cs="Times New Roman"/>
              </w:rPr>
            </w:pPr>
          </w:p>
        </w:tc>
      </w:tr>
    </w:tbl>
    <w:p w14:paraId="384EB2C4" w14:textId="77777777" w:rsidR="00C4229A" w:rsidRPr="008A4F0D" w:rsidRDefault="006E22AE">
      <w:pPr>
        <w:rPr>
          <w:rFonts w:ascii="Times New Roman" w:hAnsi="Times New Roman" w:cs="Times New Roman"/>
        </w:rPr>
      </w:pPr>
      <w:r w:rsidRPr="008A4F0D">
        <w:rPr>
          <w:rFonts w:ascii="Times New Roman" w:hAnsi="Times New Roman" w:cs="Times New Roman"/>
        </w:rPr>
        <w:br w:type="page"/>
      </w:r>
    </w:p>
    <w:p w14:paraId="3E2CC812" w14:textId="77777777" w:rsidR="00C4229A" w:rsidRPr="008A4F0D" w:rsidRDefault="006E22AE">
      <w:pPr>
        <w:keepNext/>
        <w:spacing w:before="160" w:after="80"/>
        <w:rPr>
          <w:rFonts w:ascii="Times New Roman" w:hAnsi="Times New Roman" w:cs="Times New Roman"/>
        </w:rPr>
      </w:pPr>
      <w:r w:rsidRPr="008A4F0D">
        <w:rPr>
          <w:rFonts w:ascii="Times New Roman" w:hAnsi="Times New Roman" w:cs="Times New Roman"/>
          <w:b/>
          <w:color w:val="2F541F"/>
          <w:sz w:val="22"/>
        </w:rPr>
        <w:lastRenderedPageBreak/>
        <w:t>4. Sertifikācijas darbības joma un meža platības</w:t>
      </w:r>
    </w:p>
    <w:tbl>
      <w:tblPr>
        <w:tblW w:w="0" w:type="auto"/>
        <w:jc w:val="center"/>
        <w:tblLayout w:type="fixed"/>
        <w:tblLook w:val="04A0" w:firstRow="1" w:lastRow="0" w:firstColumn="1" w:lastColumn="0" w:noHBand="0" w:noVBand="1"/>
      </w:tblPr>
      <w:tblGrid>
        <w:gridCol w:w="4762"/>
        <w:gridCol w:w="5556"/>
      </w:tblGrid>
      <w:tr w:rsidR="00C4229A" w:rsidRPr="008A4F0D" w14:paraId="212E79D2" w14:textId="77777777">
        <w:trPr>
          <w:jc w:val="center"/>
        </w:trPr>
        <w:tc>
          <w:tcPr>
            <w:tcW w:w="4762" w:type="dxa"/>
            <w:tcBorders>
              <w:top w:val="single" w:sz="6" w:space="0" w:color="A6A6A6"/>
              <w:left w:val="single" w:sz="6" w:space="0" w:color="A6A6A6"/>
              <w:bottom w:val="single" w:sz="6" w:space="0" w:color="A6A6A6"/>
              <w:right w:val="single" w:sz="6" w:space="0" w:color="A6A6A6"/>
            </w:tcBorders>
            <w:tcMar>
              <w:top w:w="80" w:type="dxa"/>
              <w:left w:w="100" w:type="dxa"/>
              <w:bottom w:w="80" w:type="dxa"/>
              <w:right w:w="100" w:type="dxa"/>
            </w:tcMar>
            <w:vAlign w:val="center"/>
          </w:tcPr>
          <w:p w14:paraId="57041D39" w14:textId="77777777" w:rsidR="00C4229A" w:rsidRPr="008A4F0D" w:rsidRDefault="006E22AE">
            <w:pPr>
              <w:spacing w:after="0"/>
              <w:rPr>
                <w:rFonts w:ascii="Times New Roman" w:hAnsi="Times New Roman" w:cs="Times New Roman"/>
              </w:rPr>
            </w:pPr>
            <w:r w:rsidRPr="008A4F0D">
              <w:rPr>
                <w:rFonts w:ascii="Times New Roman" w:hAnsi="Times New Roman" w:cs="Times New Roman"/>
                <w:b/>
              </w:rPr>
              <w:t>Kopējā apsaimniekotā meža platība</w:t>
            </w:r>
          </w:p>
        </w:tc>
        <w:tc>
          <w:tcPr>
            <w:tcW w:w="5556" w:type="dxa"/>
            <w:tcBorders>
              <w:top w:val="single" w:sz="6" w:space="0" w:color="A6A6A6"/>
              <w:left w:val="single" w:sz="6" w:space="0" w:color="A6A6A6"/>
              <w:bottom w:val="single" w:sz="6" w:space="0" w:color="A6A6A6"/>
              <w:right w:val="single" w:sz="6" w:space="0" w:color="A6A6A6"/>
            </w:tcBorders>
            <w:tcMar>
              <w:top w:w="80" w:type="dxa"/>
              <w:left w:w="100" w:type="dxa"/>
              <w:bottom w:w="80" w:type="dxa"/>
              <w:right w:w="100" w:type="dxa"/>
            </w:tcMar>
            <w:vAlign w:val="center"/>
          </w:tcPr>
          <w:p w14:paraId="53E206DF" w14:textId="77777777" w:rsidR="00C4229A" w:rsidRPr="008A4F0D" w:rsidRDefault="006E22AE">
            <w:pPr>
              <w:spacing w:after="0"/>
              <w:rPr>
                <w:rFonts w:ascii="Times New Roman" w:hAnsi="Times New Roman" w:cs="Times New Roman"/>
              </w:rPr>
            </w:pPr>
            <w:r w:rsidRPr="008A4F0D">
              <w:rPr>
                <w:rFonts w:ascii="Times New Roman" w:hAnsi="Times New Roman" w:cs="Times New Roman"/>
              </w:rPr>
              <w:t>__________ ha</w:t>
            </w:r>
          </w:p>
        </w:tc>
      </w:tr>
      <w:tr w:rsidR="00C4229A" w:rsidRPr="008A4F0D" w14:paraId="5A36ECB7" w14:textId="77777777">
        <w:trPr>
          <w:jc w:val="center"/>
        </w:trPr>
        <w:tc>
          <w:tcPr>
            <w:tcW w:w="4762" w:type="dxa"/>
            <w:tcBorders>
              <w:top w:val="single" w:sz="6" w:space="0" w:color="A6A6A6"/>
              <w:left w:val="single" w:sz="6" w:space="0" w:color="A6A6A6"/>
              <w:bottom w:val="single" w:sz="6" w:space="0" w:color="A6A6A6"/>
              <w:right w:val="single" w:sz="6" w:space="0" w:color="A6A6A6"/>
            </w:tcBorders>
            <w:tcMar>
              <w:top w:w="80" w:type="dxa"/>
              <w:left w:w="100" w:type="dxa"/>
              <w:bottom w:w="80" w:type="dxa"/>
              <w:right w:w="100" w:type="dxa"/>
            </w:tcMar>
            <w:vAlign w:val="center"/>
          </w:tcPr>
          <w:p w14:paraId="0F043AD8" w14:textId="77777777" w:rsidR="00C4229A" w:rsidRPr="008A4F0D" w:rsidRDefault="006E22AE">
            <w:pPr>
              <w:spacing w:after="0"/>
              <w:rPr>
                <w:rFonts w:ascii="Times New Roman" w:hAnsi="Times New Roman" w:cs="Times New Roman"/>
              </w:rPr>
            </w:pPr>
            <w:r w:rsidRPr="008A4F0D">
              <w:rPr>
                <w:rFonts w:ascii="Times New Roman" w:hAnsi="Times New Roman" w:cs="Times New Roman"/>
                <w:b/>
              </w:rPr>
              <w:t>Sertifikācijai pieteiktā meža platība</w:t>
            </w:r>
          </w:p>
        </w:tc>
        <w:tc>
          <w:tcPr>
            <w:tcW w:w="5556" w:type="dxa"/>
            <w:tcBorders>
              <w:top w:val="single" w:sz="6" w:space="0" w:color="A6A6A6"/>
              <w:left w:val="single" w:sz="6" w:space="0" w:color="A6A6A6"/>
              <w:bottom w:val="single" w:sz="6" w:space="0" w:color="A6A6A6"/>
              <w:right w:val="single" w:sz="6" w:space="0" w:color="A6A6A6"/>
            </w:tcBorders>
            <w:tcMar>
              <w:top w:w="80" w:type="dxa"/>
              <w:left w:w="100" w:type="dxa"/>
              <w:bottom w:w="80" w:type="dxa"/>
              <w:right w:w="100" w:type="dxa"/>
            </w:tcMar>
            <w:vAlign w:val="center"/>
          </w:tcPr>
          <w:p w14:paraId="305223DF" w14:textId="77777777" w:rsidR="00C4229A" w:rsidRPr="008A4F0D" w:rsidRDefault="006E22AE">
            <w:pPr>
              <w:spacing w:after="0"/>
              <w:rPr>
                <w:rFonts w:ascii="Times New Roman" w:hAnsi="Times New Roman" w:cs="Times New Roman"/>
              </w:rPr>
            </w:pPr>
            <w:r w:rsidRPr="008A4F0D">
              <w:rPr>
                <w:rFonts w:ascii="Times New Roman" w:hAnsi="Times New Roman" w:cs="Times New Roman"/>
              </w:rPr>
              <w:t>__________ ha</w:t>
            </w:r>
          </w:p>
        </w:tc>
      </w:tr>
      <w:tr w:rsidR="00C4229A" w:rsidRPr="008A4F0D" w14:paraId="40792DE6" w14:textId="77777777">
        <w:trPr>
          <w:jc w:val="center"/>
        </w:trPr>
        <w:tc>
          <w:tcPr>
            <w:tcW w:w="4762" w:type="dxa"/>
            <w:tcBorders>
              <w:top w:val="single" w:sz="6" w:space="0" w:color="A6A6A6"/>
              <w:left w:val="single" w:sz="6" w:space="0" w:color="A6A6A6"/>
              <w:bottom w:val="single" w:sz="6" w:space="0" w:color="A6A6A6"/>
              <w:right w:val="single" w:sz="6" w:space="0" w:color="A6A6A6"/>
            </w:tcBorders>
            <w:tcMar>
              <w:top w:w="80" w:type="dxa"/>
              <w:left w:w="100" w:type="dxa"/>
              <w:bottom w:w="80" w:type="dxa"/>
              <w:right w:w="100" w:type="dxa"/>
            </w:tcMar>
            <w:vAlign w:val="center"/>
          </w:tcPr>
          <w:p w14:paraId="082405FF" w14:textId="77777777" w:rsidR="00C4229A" w:rsidRPr="008A4F0D" w:rsidRDefault="006E22AE">
            <w:pPr>
              <w:spacing w:after="0"/>
              <w:rPr>
                <w:rFonts w:ascii="Times New Roman" w:hAnsi="Times New Roman" w:cs="Times New Roman"/>
              </w:rPr>
            </w:pPr>
            <w:r w:rsidRPr="008A4F0D">
              <w:rPr>
                <w:rFonts w:ascii="Times New Roman" w:hAnsi="Times New Roman" w:cs="Times New Roman"/>
                <w:b/>
              </w:rPr>
              <w:t>No sertifikācijai pieteiktās platības īpašumā</w:t>
            </w:r>
          </w:p>
        </w:tc>
        <w:tc>
          <w:tcPr>
            <w:tcW w:w="5556" w:type="dxa"/>
            <w:tcBorders>
              <w:top w:val="single" w:sz="6" w:space="0" w:color="A6A6A6"/>
              <w:left w:val="single" w:sz="6" w:space="0" w:color="A6A6A6"/>
              <w:bottom w:val="single" w:sz="6" w:space="0" w:color="A6A6A6"/>
              <w:right w:val="single" w:sz="6" w:space="0" w:color="A6A6A6"/>
            </w:tcBorders>
            <w:tcMar>
              <w:top w:w="80" w:type="dxa"/>
              <w:left w:w="100" w:type="dxa"/>
              <w:bottom w:w="80" w:type="dxa"/>
              <w:right w:w="100" w:type="dxa"/>
            </w:tcMar>
            <w:vAlign w:val="center"/>
          </w:tcPr>
          <w:p w14:paraId="6906AF1F" w14:textId="77777777" w:rsidR="00C4229A" w:rsidRPr="008A4F0D" w:rsidRDefault="006E22AE">
            <w:pPr>
              <w:spacing w:after="0"/>
              <w:rPr>
                <w:rFonts w:ascii="Times New Roman" w:hAnsi="Times New Roman" w:cs="Times New Roman"/>
              </w:rPr>
            </w:pPr>
            <w:r w:rsidRPr="008A4F0D">
              <w:rPr>
                <w:rFonts w:ascii="Times New Roman" w:hAnsi="Times New Roman" w:cs="Times New Roman"/>
              </w:rPr>
              <w:t>__________ ha</w:t>
            </w:r>
          </w:p>
        </w:tc>
      </w:tr>
      <w:tr w:rsidR="00C4229A" w:rsidRPr="008A4F0D" w14:paraId="19B52156" w14:textId="77777777">
        <w:trPr>
          <w:jc w:val="center"/>
        </w:trPr>
        <w:tc>
          <w:tcPr>
            <w:tcW w:w="4762" w:type="dxa"/>
            <w:tcBorders>
              <w:top w:val="single" w:sz="6" w:space="0" w:color="A6A6A6"/>
              <w:left w:val="single" w:sz="6" w:space="0" w:color="A6A6A6"/>
              <w:bottom w:val="single" w:sz="6" w:space="0" w:color="A6A6A6"/>
              <w:right w:val="single" w:sz="6" w:space="0" w:color="A6A6A6"/>
            </w:tcBorders>
            <w:tcMar>
              <w:top w:w="80" w:type="dxa"/>
              <w:left w:w="100" w:type="dxa"/>
              <w:bottom w:w="80" w:type="dxa"/>
              <w:right w:w="100" w:type="dxa"/>
            </w:tcMar>
            <w:vAlign w:val="center"/>
          </w:tcPr>
          <w:p w14:paraId="03E2B124" w14:textId="77777777" w:rsidR="00C4229A" w:rsidRPr="008A4F0D" w:rsidRDefault="006E22AE">
            <w:pPr>
              <w:spacing w:after="0"/>
              <w:rPr>
                <w:rFonts w:ascii="Times New Roman" w:hAnsi="Times New Roman" w:cs="Times New Roman"/>
              </w:rPr>
            </w:pPr>
            <w:r w:rsidRPr="008A4F0D">
              <w:rPr>
                <w:rFonts w:ascii="Times New Roman" w:hAnsi="Times New Roman" w:cs="Times New Roman"/>
                <w:b/>
              </w:rPr>
              <w:t>No sertifikācijai pieteiktās platības apsaimniekošanā uz cita tiesiska pamata</w:t>
            </w:r>
          </w:p>
        </w:tc>
        <w:tc>
          <w:tcPr>
            <w:tcW w:w="5556" w:type="dxa"/>
            <w:tcBorders>
              <w:top w:val="single" w:sz="6" w:space="0" w:color="A6A6A6"/>
              <w:left w:val="single" w:sz="6" w:space="0" w:color="A6A6A6"/>
              <w:bottom w:val="single" w:sz="6" w:space="0" w:color="A6A6A6"/>
              <w:right w:val="single" w:sz="6" w:space="0" w:color="A6A6A6"/>
            </w:tcBorders>
            <w:tcMar>
              <w:top w:w="80" w:type="dxa"/>
              <w:left w:w="100" w:type="dxa"/>
              <w:bottom w:w="80" w:type="dxa"/>
              <w:right w:w="100" w:type="dxa"/>
            </w:tcMar>
            <w:vAlign w:val="center"/>
          </w:tcPr>
          <w:p w14:paraId="2AB26ABA" w14:textId="77777777" w:rsidR="00C4229A" w:rsidRPr="008A4F0D" w:rsidRDefault="006E22AE">
            <w:pPr>
              <w:spacing w:after="0"/>
              <w:rPr>
                <w:rFonts w:ascii="Times New Roman" w:hAnsi="Times New Roman" w:cs="Times New Roman"/>
              </w:rPr>
            </w:pPr>
            <w:r w:rsidRPr="008A4F0D">
              <w:rPr>
                <w:rFonts w:ascii="Times New Roman" w:hAnsi="Times New Roman" w:cs="Times New Roman"/>
              </w:rPr>
              <w:t>__________ ha</w:t>
            </w:r>
          </w:p>
        </w:tc>
      </w:tr>
      <w:tr w:rsidR="00C4229A" w:rsidRPr="008A4F0D" w14:paraId="54EF6616" w14:textId="77777777">
        <w:trPr>
          <w:jc w:val="center"/>
        </w:trPr>
        <w:tc>
          <w:tcPr>
            <w:tcW w:w="4762" w:type="dxa"/>
            <w:tcBorders>
              <w:top w:val="single" w:sz="6" w:space="0" w:color="A6A6A6"/>
              <w:left w:val="single" w:sz="6" w:space="0" w:color="A6A6A6"/>
              <w:bottom w:val="single" w:sz="6" w:space="0" w:color="A6A6A6"/>
              <w:right w:val="single" w:sz="6" w:space="0" w:color="A6A6A6"/>
            </w:tcBorders>
            <w:tcMar>
              <w:top w:w="80" w:type="dxa"/>
              <w:left w:w="100" w:type="dxa"/>
              <w:bottom w:w="80" w:type="dxa"/>
              <w:right w:w="100" w:type="dxa"/>
            </w:tcMar>
            <w:vAlign w:val="center"/>
          </w:tcPr>
          <w:p w14:paraId="54CCA9D2" w14:textId="77777777" w:rsidR="00C4229A" w:rsidRPr="008A4F0D" w:rsidRDefault="006E22AE">
            <w:pPr>
              <w:spacing w:after="0"/>
              <w:rPr>
                <w:rFonts w:ascii="Times New Roman" w:hAnsi="Times New Roman" w:cs="Times New Roman"/>
              </w:rPr>
            </w:pPr>
            <w:r w:rsidRPr="008A4F0D">
              <w:rPr>
                <w:rFonts w:ascii="Times New Roman" w:hAnsi="Times New Roman" w:cs="Times New Roman"/>
                <w:b/>
              </w:rPr>
              <w:t>Īss pārvaldības struktūras apraksts</w:t>
            </w:r>
          </w:p>
        </w:tc>
        <w:tc>
          <w:tcPr>
            <w:tcW w:w="5556" w:type="dxa"/>
            <w:tcBorders>
              <w:top w:val="single" w:sz="6" w:space="0" w:color="A6A6A6"/>
              <w:left w:val="single" w:sz="6" w:space="0" w:color="A6A6A6"/>
              <w:bottom w:val="single" w:sz="6" w:space="0" w:color="A6A6A6"/>
              <w:right w:val="single" w:sz="6" w:space="0" w:color="A6A6A6"/>
            </w:tcBorders>
            <w:tcMar>
              <w:top w:w="80" w:type="dxa"/>
              <w:left w:w="100" w:type="dxa"/>
              <w:bottom w:w="80" w:type="dxa"/>
              <w:right w:w="100" w:type="dxa"/>
            </w:tcMar>
            <w:vAlign w:val="center"/>
          </w:tcPr>
          <w:p w14:paraId="4A9BC55D" w14:textId="77777777" w:rsidR="00C4229A" w:rsidRPr="008A4F0D" w:rsidRDefault="00C4229A">
            <w:pPr>
              <w:spacing w:after="0"/>
              <w:rPr>
                <w:rFonts w:ascii="Times New Roman" w:hAnsi="Times New Roman" w:cs="Times New Roman"/>
              </w:rPr>
            </w:pPr>
          </w:p>
        </w:tc>
      </w:tr>
    </w:tbl>
    <w:p w14:paraId="7F2C4A02" w14:textId="77777777" w:rsidR="00C4229A" w:rsidRPr="00ED663C" w:rsidRDefault="006E22AE">
      <w:pPr>
        <w:spacing w:after="80"/>
        <w:rPr>
          <w:rFonts w:ascii="Times New Roman" w:hAnsi="Times New Roman" w:cs="Times New Roman"/>
          <w:sz w:val="24"/>
          <w:szCs w:val="24"/>
        </w:rPr>
      </w:pPr>
      <w:r w:rsidRPr="00ED663C">
        <w:rPr>
          <w:rFonts w:ascii="Times New Roman" w:hAnsi="Times New Roman" w:cs="Times New Roman"/>
          <w:i/>
          <w:color w:val="5A5A5A"/>
          <w:sz w:val="24"/>
          <w:szCs w:val="24"/>
        </w:rPr>
        <w:t>Ja sertificējamo meža apsaimniekošanas vienību/teritoriju ir vairāk, sarakstu var pievienot atsevišķā pielikumā.</w:t>
      </w:r>
    </w:p>
    <w:p w14:paraId="61201DC5" w14:textId="5CF62E59" w:rsidR="00C4229A" w:rsidRPr="008A4F0D" w:rsidRDefault="006E22AE">
      <w:pPr>
        <w:rPr>
          <w:rFonts w:ascii="Times New Roman" w:hAnsi="Times New Roman" w:cs="Times New Roman"/>
        </w:rPr>
      </w:pPr>
      <w:r w:rsidRPr="008A4F0D">
        <w:rPr>
          <w:rFonts w:ascii="Times New Roman" w:hAnsi="Times New Roman" w:cs="Times New Roman"/>
          <w:b/>
        </w:rPr>
        <w:t xml:space="preserve">Sertifikācijā iekļautās meža </w:t>
      </w:r>
      <w:proofErr w:type="spellStart"/>
      <w:r w:rsidRPr="008A4F0D">
        <w:rPr>
          <w:rFonts w:ascii="Times New Roman" w:hAnsi="Times New Roman" w:cs="Times New Roman"/>
          <w:b/>
        </w:rPr>
        <w:t>apsaimniekošanas</w:t>
      </w:r>
      <w:proofErr w:type="spellEnd"/>
      <w:r w:rsidRPr="008A4F0D">
        <w:rPr>
          <w:rFonts w:ascii="Times New Roman" w:hAnsi="Times New Roman" w:cs="Times New Roman"/>
          <w:b/>
        </w:rPr>
        <w:t xml:space="preserve"> </w:t>
      </w:r>
      <w:proofErr w:type="spellStart"/>
      <w:r w:rsidRPr="008A4F0D">
        <w:rPr>
          <w:rFonts w:ascii="Times New Roman" w:hAnsi="Times New Roman" w:cs="Times New Roman"/>
          <w:b/>
        </w:rPr>
        <w:t>vienības</w:t>
      </w:r>
      <w:proofErr w:type="spellEnd"/>
      <w:r w:rsidRPr="008A4F0D">
        <w:rPr>
          <w:rFonts w:ascii="Times New Roman" w:hAnsi="Times New Roman" w:cs="Times New Roman"/>
          <w:b/>
        </w:rPr>
        <w:t xml:space="preserve"> / </w:t>
      </w:r>
      <w:proofErr w:type="spellStart"/>
      <w:r w:rsidRPr="008A4F0D">
        <w:rPr>
          <w:rFonts w:ascii="Times New Roman" w:hAnsi="Times New Roman" w:cs="Times New Roman"/>
          <w:b/>
        </w:rPr>
        <w:t>teritorijas</w:t>
      </w:r>
      <w:proofErr w:type="spellEnd"/>
      <w:r w:rsidR="00ED663C">
        <w:rPr>
          <w:rFonts w:ascii="Times New Roman" w:hAnsi="Times New Roman" w:cs="Times New Roman"/>
          <w:b/>
        </w:rPr>
        <w:t xml:space="preserve"> </w:t>
      </w:r>
    </w:p>
    <w:tbl>
      <w:tblPr>
        <w:tblW w:w="0" w:type="auto"/>
        <w:jc w:val="center"/>
        <w:tblLayout w:type="fixed"/>
        <w:tblLook w:val="04A0" w:firstRow="1" w:lastRow="0" w:firstColumn="1" w:lastColumn="0" w:noHBand="0" w:noVBand="1"/>
      </w:tblPr>
      <w:tblGrid>
        <w:gridCol w:w="2721"/>
        <w:gridCol w:w="3118"/>
        <w:gridCol w:w="1361"/>
        <w:gridCol w:w="3118"/>
      </w:tblGrid>
      <w:tr w:rsidR="00C4229A" w:rsidRPr="008A4F0D" w14:paraId="082A0482" w14:textId="77777777">
        <w:trPr>
          <w:jc w:val="center"/>
        </w:trPr>
        <w:tc>
          <w:tcPr>
            <w:tcW w:w="2721" w:type="dxa"/>
            <w:tcBorders>
              <w:top w:val="single" w:sz="6" w:space="0" w:color="A6A6A6"/>
              <w:left w:val="single" w:sz="6" w:space="0" w:color="A6A6A6"/>
              <w:bottom w:val="single" w:sz="6" w:space="0" w:color="A6A6A6"/>
              <w:right w:val="single" w:sz="6" w:space="0" w:color="A6A6A6"/>
            </w:tcBorders>
            <w:shd w:val="clear" w:color="auto" w:fill="E8F0E1"/>
            <w:tcMar>
              <w:top w:w="80" w:type="dxa"/>
              <w:left w:w="100" w:type="dxa"/>
              <w:bottom w:w="80" w:type="dxa"/>
              <w:right w:w="100" w:type="dxa"/>
            </w:tcMar>
            <w:vAlign w:val="center"/>
          </w:tcPr>
          <w:p w14:paraId="2822EFE6" w14:textId="77777777" w:rsidR="00C4229A" w:rsidRPr="008A4F0D" w:rsidRDefault="006E22AE">
            <w:pPr>
              <w:spacing w:after="0"/>
              <w:rPr>
                <w:rFonts w:ascii="Times New Roman" w:hAnsi="Times New Roman" w:cs="Times New Roman"/>
              </w:rPr>
            </w:pPr>
            <w:r w:rsidRPr="008A4F0D">
              <w:rPr>
                <w:rFonts w:ascii="Times New Roman" w:hAnsi="Times New Roman" w:cs="Times New Roman"/>
                <w:b/>
              </w:rPr>
              <w:t>Vienība / teritorija</w:t>
            </w:r>
          </w:p>
        </w:tc>
        <w:tc>
          <w:tcPr>
            <w:tcW w:w="3118" w:type="dxa"/>
            <w:tcBorders>
              <w:top w:val="single" w:sz="6" w:space="0" w:color="A6A6A6"/>
              <w:left w:val="single" w:sz="6" w:space="0" w:color="A6A6A6"/>
              <w:bottom w:val="single" w:sz="6" w:space="0" w:color="A6A6A6"/>
              <w:right w:val="single" w:sz="6" w:space="0" w:color="A6A6A6"/>
            </w:tcBorders>
            <w:shd w:val="clear" w:color="auto" w:fill="E8F0E1"/>
            <w:tcMar>
              <w:top w:w="80" w:type="dxa"/>
              <w:left w:w="100" w:type="dxa"/>
              <w:bottom w:w="80" w:type="dxa"/>
              <w:right w:w="100" w:type="dxa"/>
            </w:tcMar>
            <w:vAlign w:val="center"/>
          </w:tcPr>
          <w:p w14:paraId="5F5A2285" w14:textId="77777777" w:rsidR="00C4229A" w:rsidRPr="008A4F0D" w:rsidRDefault="006E22AE">
            <w:pPr>
              <w:spacing w:after="0"/>
              <w:rPr>
                <w:rFonts w:ascii="Times New Roman" w:hAnsi="Times New Roman" w:cs="Times New Roman"/>
              </w:rPr>
            </w:pPr>
            <w:r w:rsidRPr="008A4F0D">
              <w:rPr>
                <w:rFonts w:ascii="Times New Roman" w:hAnsi="Times New Roman" w:cs="Times New Roman"/>
                <w:b/>
              </w:rPr>
              <w:t>Atrašanās vieta (novads/pagasts)</w:t>
            </w:r>
          </w:p>
        </w:tc>
        <w:tc>
          <w:tcPr>
            <w:tcW w:w="1361" w:type="dxa"/>
            <w:tcBorders>
              <w:top w:val="single" w:sz="6" w:space="0" w:color="A6A6A6"/>
              <w:left w:val="single" w:sz="6" w:space="0" w:color="A6A6A6"/>
              <w:bottom w:val="single" w:sz="6" w:space="0" w:color="A6A6A6"/>
              <w:right w:val="single" w:sz="6" w:space="0" w:color="A6A6A6"/>
            </w:tcBorders>
            <w:shd w:val="clear" w:color="auto" w:fill="E8F0E1"/>
            <w:tcMar>
              <w:top w:w="80" w:type="dxa"/>
              <w:left w:w="100" w:type="dxa"/>
              <w:bottom w:w="80" w:type="dxa"/>
              <w:right w:w="100" w:type="dxa"/>
            </w:tcMar>
            <w:vAlign w:val="center"/>
          </w:tcPr>
          <w:p w14:paraId="1FEB2B99" w14:textId="77777777" w:rsidR="00C4229A" w:rsidRPr="008A4F0D" w:rsidRDefault="006E22AE">
            <w:pPr>
              <w:spacing w:after="0"/>
              <w:rPr>
                <w:rFonts w:ascii="Times New Roman" w:hAnsi="Times New Roman" w:cs="Times New Roman"/>
              </w:rPr>
            </w:pPr>
            <w:r w:rsidRPr="008A4F0D">
              <w:rPr>
                <w:rFonts w:ascii="Times New Roman" w:hAnsi="Times New Roman" w:cs="Times New Roman"/>
                <w:b/>
              </w:rPr>
              <w:t>Platība, ha</w:t>
            </w:r>
          </w:p>
        </w:tc>
        <w:tc>
          <w:tcPr>
            <w:tcW w:w="3118" w:type="dxa"/>
            <w:tcBorders>
              <w:top w:val="single" w:sz="6" w:space="0" w:color="A6A6A6"/>
              <w:left w:val="single" w:sz="6" w:space="0" w:color="A6A6A6"/>
              <w:bottom w:val="single" w:sz="6" w:space="0" w:color="A6A6A6"/>
              <w:right w:val="single" w:sz="6" w:space="0" w:color="A6A6A6"/>
            </w:tcBorders>
            <w:shd w:val="clear" w:color="auto" w:fill="E8F0E1"/>
            <w:tcMar>
              <w:top w:w="80" w:type="dxa"/>
              <w:left w:w="100" w:type="dxa"/>
              <w:bottom w:w="80" w:type="dxa"/>
              <w:right w:w="100" w:type="dxa"/>
            </w:tcMar>
            <w:vAlign w:val="center"/>
          </w:tcPr>
          <w:p w14:paraId="1BF459E9" w14:textId="77777777" w:rsidR="00C4229A" w:rsidRPr="008A4F0D" w:rsidRDefault="006E22AE">
            <w:pPr>
              <w:spacing w:after="0"/>
              <w:rPr>
                <w:rFonts w:ascii="Times New Roman" w:hAnsi="Times New Roman" w:cs="Times New Roman"/>
              </w:rPr>
            </w:pPr>
            <w:r w:rsidRPr="008A4F0D">
              <w:rPr>
                <w:rFonts w:ascii="Times New Roman" w:hAnsi="Times New Roman" w:cs="Times New Roman"/>
                <w:b/>
              </w:rPr>
              <w:t>Tiesiskais pamats / piezīmes</w:t>
            </w:r>
          </w:p>
        </w:tc>
      </w:tr>
      <w:tr w:rsidR="00C4229A" w:rsidRPr="008A4F0D" w14:paraId="757B6EFF" w14:textId="77777777">
        <w:trPr>
          <w:jc w:val="center"/>
        </w:trPr>
        <w:tc>
          <w:tcPr>
            <w:tcW w:w="2721" w:type="dxa"/>
            <w:tcBorders>
              <w:top w:val="single" w:sz="6" w:space="0" w:color="A6A6A6"/>
              <w:left w:val="single" w:sz="6" w:space="0" w:color="A6A6A6"/>
              <w:bottom w:val="single" w:sz="6" w:space="0" w:color="A6A6A6"/>
              <w:right w:val="single" w:sz="6" w:space="0" w:color="A6A6A6"/>
            </w:tcBorders>
            <w:tcMar>
              <w:top w:w="80" w:type="dxa"/>
              <w:left w:w="100" w:type="dxa"/>
              <w:bottom w:w="80" w:type="dxa"/>
              <w:right w:w="100" w:type="dxa"/>
            </w:tcMar>
            <w:vAlign w:val="center"/>
          </w:tcPr>
          <w:p w14:paraId="4EFB9FEE" w14:textId="77777777" w:rsidR="00C4229A" w:rsidRPr="008A4F0D" w:rsidRDefault="00C4229A">
            <w:pPr>
              <w:spacing w:after="0"/>
              <w:rPr>
                <w:rFonts w:ascii="Times New Roman" w:hAnsi="Times New Roman" w:cs="Times New Roman"/>
              </w:rPr>
            </w:pPr>
          </w:p>
        </w:tc>
        <w:tc>
          <w:tcPr>
            <w:tcW w:w="3118" w:type="dxa"/>
            <w:tcBorders>
              <w:top w:val="single" w:sz="6" w:space="0" w:color="A6A6A6"/>
              <w:left w:val="single" w:sz="6" w:space="0" w:color="A6A6A6"/>
              <w:bottom w:val="single" w:sz="6" w:space="0" w:color="A6A6A6"/>
              <w:right w:val="single" w:sz="6" w:space="0" w:color="A6A6A6"/>
            </w:tcBorders>
            <w:tcMar>
              <w:top w:w="80" w:type="dxa"/>
              <w:left w:w="100" w:type="dxa"/>
              <w:bottom w:w="80" w:type="dxa"/>
              <w:right w:w="100" w:type="dxa"/>
            </w:tcMar>
            <w:vAlign w:val="center"/>
          </w:tcPr>
          <w:p w14:paraId="263349D9" w14:textId="77777777" w:rsidR="00C4229A" w:rsidRPr="008A4F0D" w:rsidRDefault="00C4229A">
            <w:pPr>
              <w:spacing w:after="0"/>
              <w:rPr>
                <w:rFonts w:ascii="Times New Roman" w:hAnsi="Times New Roman" w:cs="Times New Roman"/>
              </w:rPr>
            </w:pPr>
          </w:p>
        </w:tc>
        <w:tc>
          <w:tcPr>
            <w:tcW w:w="1361" w:type="dxa"/>
            <w:tcBorders>
              <w:top w:val="single" w:sz="6" w:space="0" w:color="A6A6A6"/>
              <w:left w:val="single" w:sz="6" w:space="0" w:color="A6A6A6"/>
              <w:bottom w:val="single" w:sz="6" w:space="0" w:color="A6A6A6"/>
              <w:right w:val="single" w:sz="6" w:space="0" w:color="A6A6A6"/>
            </w:tcBorders>
            <w:tcMar>
              <w:top w:w="80" w:type="dxa"/>
              <w:left w:w="100" w:type="dxa"/>
              <w:bottom w:w="80" w:type="dxa"/>
              <w:right w:w="100" w:type="dxa"/>
            </w:tcMar>
            <w:vAlign w:val="center"/>
          </w:tcPr>
          <w:p w14:paraId="18A4E240" w14:textId="77777777" w:rsidR="00C4229A" w:rsidRPr="008A4F0D" w:rsidRDefault="00C4229A">
            <w:pPr>
              <w:spacing w:after="0"/>
              <w:rPr>
                <w:rFonts w:ascii="Times New Roman" w:hAnsi="Times New Roman" w:cs="Times New Roman"/>
              </w:rPr>
            </w:pPr>
          </w:p>
        </w:tc>
        <w:tc>
          <w:tcPr>
            <w:tcW w:w="3118" w:type="dxa"/>
            <w:tcBorders>
              <w:top w:val="single" w:sz="6" w:space="0" w:color="A6A6A6"/>
              <w:left w:val="single" w:sz="6" w:space="0" w:color="A6A6A6"/>
              <w:bottom w:val="single" w:sz="6" w:space="0" w:color="A6A6A6"/>
              <w:right w:val="single" w:sz="6" w:space="0" w:color="A6A6A6"/>
            </w:tcBorders>
            <w:tcMar>
              <w:top w:w="80" w:type="dxa"/>
              <w:left w:w="100" w:type="dxa"/>
              <w:bottom w:w="80" w:type="dxa"/>
              <w:right w:w="100" w:type="dxa"/>
            </w:tcMar>
            <w:vAlign w:val="center"/>
          </w:tcPr>
          <w:p w14:paraId="0888719E" w14:textId="77777777" w:rsidR="00C4229A" w:rsidRPr="008A4F0D" w:rsidRDefault="00C4229A">
            <w:pPr>
              <w:spacing w:after="0"/>
              <w:rPr>
                <w:rFonts w:ascii="Times New Roman" w:hAnsi="Times New Roman" w:cs="Times New Roman"/>
              </w:rPr>
            </w:pPr>
          </w:p>
        </w:tc>
      </w:tr>
      <w:tr w:rsidR="00C4229A" w:rsidRPr="008A4F0D" w14:paraId="14DB692F" w14:textId="77777777">
        <w:trPr>
          <w:jc w:val="center"/>
        </w:trPr>
        <w:tc>
          <w:tcPr>
            <w:tcW w:w="2721" w:type="dxa"/>
            <w:tcBorders>
              <w:top w:val="single" w:sz="6" w:space="0" w:color="A6A6A6"/>
              <w:left w:val="single" w:sz="6" w:space="0" w:color="A6A6A6"/>
              <w:bottom w:val="single" w:sz="6" w:space="0" w:color="A6A6A6"/>
              <w:right w:val="single" w:sz="6" w:space="0" w:color="A6A6A6"/>
            </w:tcBorders>
            <w:tcMar>
              <w:top w:w="80" w:type="dxa"/>
              <w:left w:w="100" w:type="dxa"/>
              <w:bottom w:w="80" w:type="dxa"/>
              <w:right w:w="100" w:type="dxa"/>
            </w:tcMar>
            <w:vAlign w:val="center"/>
          </w:tcPr>
          <w:p w14:paraId="1B5E1A1C" w14:textId="77777777" w:rsidR="00C4229A" w:rsidRPr="008A4F0D" w:rsidRDefault="00C4229A">
            <w:pPr>
              <w:spacing w:after="0"/>
              <w:rPr>
                <w:rFonts w:ascii="Times New Roman" w:hAnsi="Times New Roman" w:cs="Times New Roman"/>
              </w:rPr>
            </w:pPr>
          </w:p>
        </w:tc>
        <w:tc>
          <w:tcPr>
            <w:tcW w:w="3118" w:type="dxa"/>
            <w:tcBorders>
              <w:top w:val="single" w:sz="6" w:space="0" w:color="A6A6A6"/>
              <w:left w:val="single" w:sz="6" w:space="0" w:color="A6A6A6"/>
              <w:bottom w:val="single" w:sz="6" w:space="0" w:color="A6A6A6"/>
              <w:right w:val="single" w:sz="6" w:space="0" w:color="A6A6A6"/>
            </w:tcBorders>
            <w:tcMar>
              <w:top w:w="80" w:type="dxa"/>
              <w:left w:w="100" w:type="dxa"/>
              <w:bottom w:w="80" w:type="dxa"/>
              <w:right w:w="100" w:type="dxa"/>
            </w:tcMar>
            <w:vAlign w:val="center"/>
          </w:tcPr>
          <w:p w14:paraId="041C6630" w14:textId="77777777" w:rsidR="00C4229A" w:rsidRPr="008A4F0D" w:rsidRDefault="00C4229A">
            <w:pPr>
              <w:spacing w:after="0"/>
              <w:rPr>
                <w:rFonts w:ascii="Times New Roman" w:hAnsi="Times New Roman" w:cs="Times New Roman"/>
              </w:rPr>
            </w:pPr>
          </w:p>
        </w:tc>
        <w:tc>
          <w:tcPr>
            <w:tcW w:w="1361" w:type="dxa"/>
            <w:tcBorders>
              <w:top w:val="single" w:sz="6" w:space="0" w:color="A6A6A6"/>
              <w:left w:val="single" w:sz="6" w:space="0" w:color="A6A6A6"/>
              <w:bottom w:val="single" w:sz="6" w:space="0" w:color="A6A6A6"/>
              <w:right w:val="single" w:sz="6" w:space="0" w:color="A6A6A6"/>
            </w:tcBorders>
            <w:tcMar>
              <w:top w:w="80" w:type="dxa"/>
              <w:left w:w="100" w:type="dxa"/>
              <w:bottom w:w="80" w:type="dxa"/>
              <w:right w:w="100" w:type="dxa"/>
            </w:tcMar>
            <w:vAlign w:val="center"/>
          </w:tcPr>
          <w:p w14:paraId="5088F3E3" w14:textId="77777777" w:rsidR="00C4229A" w:rsidRPr="008A4F0D" w:rsidRDefault="00C4229A">
            <w:pPr>
              <w:spacing w:after="0"/>
              <w:rPr>
                <w:rFonts w:ascii="Times New Roman" w:hAnsi="Times New Roman" w:cs="Times New Roman"/>
              </w:rPr>
            </w:pPr>
          </w:p>
        </w:tc>
        <w:tc>
          <w:tcPr>
            <w:tcW w:w="3118" w:type="dxa"/>
            <w:tcBorders>
              <w:top w:val="single" w:sz="6" w:space="0" w:color="A6A6A6"/>
              <w:left w:val="single" w:sz="6" w:space="0" w:color="A6A6A6"/>
              <w:bottom w:val="single" w:sz="6" w:space="0" w:color="A6A6A6"/>
              <w:right w:val="single" w:sz="6" w:space="0" w:color="A6A6A6"/>
            </w:tcBorders>
            <w:tcMar>
              <w:top w:w="80" w:type="dxa"/>
              <w:left w:w="100" w:type="dxa"/>
              <w:bottom w:w="80" w:type="dxa"/>
              <w:right w:w="100" w:type="dxa"/>
            </w:tcMar>
            <w:vAlign w:val="center"/>
          </w:tcPr>
          <w:p w14:paraId="31012B00" w14:textId="77777777" w:rsidR="00C4229A" w:rsidRPr="008A4F0D" w:rsidRDefault="00C4229A">
            <w:pPr>
              <w:spacing w:after="0"/>
              <w:rPr>
                <w:rFonts w:ascii="Times New Roman" w:hAnsi="Times New Roman" w:cs="Times New Roman"/>
              </w:rPr>
            </w:pPr>
          </w:p>
        </w:tc>
      </w:tr>
      <w:tr w:rsidR="00C4229A" w:rsidRPr="008A4F0D" w14:paraId="76EE1899" w14:textId="77777777">
        <w:trPr>
          <w:jc w:val="center"/>
        </w:trPr>
        <w:tc>
          <w:tcPr>
            <w:tcW w:w="2721" w:type="dxa"/>
            <w:tcBorders>
              <w:top w:val="single" w:sz="6" w:space="0" w:color="A6A6A6"/>
              <w:left w:val="single" w:sz="6" w:space="0" w:color="A6A6A6"/>
              <w:bottom w:val="single" w:sz="6" w:space="0" w:color="A6A6A6"/>
              <w:right w:val="single" w:sz="6" w:space="0" w:color="A6A6A6"/>
            </w:tcBorders>
            <w:tcMar>
              <w:top w:w="80" w:type="dxa"/>
              <w:left w:w="100" w:type="dxa"/>
              <w:bottom w:w="80" w:type="dxa"/>
              <w:right w:w="100" w:type="dxa"/>
            </w:tcMar>
            <w:vAlign w:val="center"/>
          </w:tcPr>
          <w:p w14:paraId="405EDCCF" w14:textId="77777777" w:rsidR="00C4229A" w:rsidRPr="008A4F0D" w:rsidRDefault="00C4229A">
            <w:pPr>
              <w:spacing w:after="0"/>
              <w:rPr>
                <w:rFonts w:ascii="Times New Roman" w:hAnsi="Times New Roman" w:cs="Times New Roman"/>
              </w:rPr>
            </w:pPr>
          </w:p>
        </w:tc>
        <w:tc>
          <w:tcPr>
            <w:tcW w:w="3118" w:type="dxa"/>
            <w:tcBorders>
              <w:top w:val="single" w:sz="6" w:space="0" w:color="A6A6A6"/>
              <w:left w:val="single" w:sz="6" w:space="0" w:color="A6A6A6"/>
              <w:bottom w:val="single" w:sz="6" w:space="0" w:color="A6A6A6"/>
              <w:right w:val="single" w:sz="6" w:space="0" w:color="A6A6A6"/>
            </w:tcBorders>
            <w:tcMar>
              <w:top w:w="80" w:type="dxa"/>
              <w:left w:w="100" w:type="dxa"/>
              <w:bottom w:w="80" w:type="dxa"/>
              <w:right w:w="100" w:type="dxa"/>
            </w:tcMar>
            <w:vAlign w:val="center"/>
          </w:tcPr>
          <w:p w14:paraId="1249B589" w14:textId="77777777" w:rsidR="00C4229A" w:rsidRPr="008A4F0D" w:rsidRDefault="00C4229A">
            <w:pPr>
              <w:spacing w:after="0"/>
              <w:rPr>
                <w:rFonts w:ascii="Times New Roman" w:hAnsi="Times New Roman" w:cs="Times New Roman"/>
              </w:rPr>
            </w:pPr>
          </w:p>
        </w:tc>
        <w:tc>
          <w:tcPr>
            <w:tcW w:w="1361" w:type="dxa"/>
            <w:tcBorders>
              <w:top w:val="single" w:sz="6" w:space="0" w:color="A6A6A6"/>
              <w:left w:val="single" w:sz="6" w:space="0" w:color="A6A6A6"/>
              <w:bottom w:val="single" w:sz="6" w:space="0" w:color="A6A6A6"/>
              <w:right w:val="single" w:sz="6" w:space="0" w:color="A6A6A6"/>
            </w:tcBorders>
            <w:tcMar>
              <w:top w:w="80" w:type="dxa"/>
              <w:left w:w="100" w:type="dxa"/>
              <w:bottom w:w="80" w:type="dxa"/>
              <w:right w:w="100" w:type="dxa"/>
            </w:tcMar>
            <w:vAlign w:val="center"/>
          </w:tcPr>
          <w:p w14:paraId="30C6156C" w14:textId="77777777" w:rsidR="00C4229A" w:rsidRPr="008A4F0D" w:rsidRDefault="00C4229A">
            <w:pPr>
              <w:spacing w:after="0"/>
              <w:rPr>
                <w:rFonts w:ascii="Times New Roman" w:hAnsi="Times New Roman" w:cs="Times New Roman"/>
              </w:rPr>
            </w:pPr>
          </w:p>
        </w:tc>
        <w:tc>
          <w:tcPr>
            <w:tcW w:w="3118" w:type="dxa"/>
            <w:tcBorders>
              <w:top w:val="single" w:sz="6" w:space="0" w:color="A6A6A6"/>
              <w:left w:val="single" w:sz="6" w:space="0" w:color="A6A6A6"/>
              <w:bottom w:val="single" w:sz="6" w:space="0" w:color="A6A6A6"/>
              <w:right w:val="single" w:sz="6" w:space="0" w:color="A6A6A6"/>
            </w:tcBorders>
            <w:tcMar>
              <w:top w:w="80" w:type="dxa"/>
              <w:left w:w="100" w:type="dxa"/>
              <w:bottom w:w="80" w:type="dxa"/>
              <w:right w:w="100" w:type="dxa"/>
            </w:tcMar>
            <w:vAlign w:val="center"/>
          </w:tcPr>
          <w:p w14:paraId="3A30A31B" w14:textId="77777777" w:rsidR="00C4229A" w:rsidRPr="008A4F0D" w:rsidRDefault="00C4229A">
            <w:pPr>
              <w:spacing w:after="0"/>
              <w:rPr>
                <w:rFonts w:ascii="Times New Roman" w:hAnsi="Times New Roman" w:cs="Times New Roman"/>
              </w:rPr>
            </w:pPr>
          </w:p>
        </w:tc>
      </w:tr>
      <w:tr w:rsidR="00C4229A" w:rsidRPr="008A4F0D" w14:paraId="2E1845BD" w14:textId="77777777">
        <w:trPr>
          <w:jc w:val="center"/>
        </w:trPr>
        <w:tc>
          <w:tcPr>
            <w:tcW w:w="2721" w:type="dxa"/>
            <w:tcBorders>
              <w:top w:val="single" w:sz="6" w:space="0" w:color="A6A6A6"/>
              <w:left w:val="single" w:sz="6" w:space="0" w:color="A6A6A6"/>
              <w:bottom w:val="single" w:sz="6" w:space="0" w:color="A6A6A6"/>
              <w:right w:val="single" w:sz="6" w:space="0" w:color="A6A6A6"/>
            </w:tcBorders>
            <w:tcMar>
              <w:top w:w="80" w:type="dxa"/>
              <w:left w:w="100" w:type="dxa"/>
              <w:bottom w:w="80" w:type="dxa"/>
              <w:right w:w="100" w:type="dxa"/>
            </w:tcMar>
            <w:vAlign w:val="center"/>
          </w:tcPr>
          <w:p w14:paraId="2732A4F6" w14:textId="77777777" w:rsidR="00C4229A" w:rsidRPr="008A4F0D" w:rsidRDefault="00C4229A">
            <w:pPr>
              <w:spacing w:after="0"/>
              <w:rPr>
                <w:rFonts w:ascii="Times New Roman" w:hAnsi="Times New Roman" w:cs="Times New Roman"/>
              </w:rPr>
            </w:pPr>
          </w:p>
        </w:tc>
        <w:tc>
          <w:tcPr>
            <w:tcW w:w="3118" w:type="dxa"/>
            <w:tcBorders>
              <w:top w:val="single" w:sz="6" w:space="0" w:color="A6A6A6"/>
              <w:left w:val="single" w:sz="6" w:space="0" w:color="A6A6A6"/>
              <w:bottom w:val="single" w:sz="6" w:space="0" w:color="A6A6A6"/>
              <w:right w:val="single" w:sz="6" w:space="0" w:color="A6A6A6"/>
            </w:tcBorders>
            <w:tcMar>
              <w:top w:w="80" w:type="dxa"/>
              <w:left w:w="100" w:type="dxa"/>
              <w:bottom w:w="80" w:type="dxa"/>
              <w:right w:w="100" w:type="dxa"/>
            </w:tcMar>
            <w:vAlign w:val="center"/>
          </w:tcPr>
          <w:p w14:paraId="5CEF431D" w14:textId="77777777" w:rsidR="00C4229A" w:rsidRPr="008A4F0D" w:rsidRDefault="00C4229A">
            <w:pPr>
              <w:spacing w:after="0"/>
              <w:rPr>
                <w:rFonts w:ascii="Times New Roman" w:hAnsi="Times New Roman" w:cs="Times New Roman"/>
              </w:rPr>
            </w:pPr>
          </w:p>
        </w:tc>
        <w:tc>
          <w:tcPr>
            <w:tcW w:w="1361" w:type="dxa"/>
            <w:tcBorders>
              <w:top w:val="single" w:sz="6" w:space="0" w:color="A6A6A6"/>
              <w:left w:val="single" w:sz="6" w:space="0" w:color="A6A6A6"/>
              <w:bottom w:val="single" w:sz="6" w:space="0" w:color="A6A6A6"/>
              <w:right w:val="single" w:sz="6" w:space="0" w:color="A6A6A6"/>
            </w:tcBorders>
            <w:tcMar>
              <w:top w:w="80" w:type="dxa"/>
              <w:left w:w="100" w:type="dxa"/>
              <w:bottom w:w="80" w:type="dxa"/>
              <w:right w:w="100" w:type="dxa"/>
            </w:tcMar>
            <w:vAlign w:val="center"/>
          </w:tcPr>
          <w:p w14:paraId="61EE8FE4" w14:textId="77777777" w:rsidR="00C4229A" w:rsidRPr="008A4F0D" w:rsidRDefault="00C4229A">
            <w:pPr>
              <w:spacing w:after="0"/>
              <w:rPr>
                <w:rFonts w:ascii="Times New Roman" w:hAnsi="Times New Roman" w:cs="Times New Roman"/>
              </w:rPr>
            </w:pPr>
          </w:p>
        </w:tc>
        <w:tc>
          <w:tcPr>
            <w:tcW w:w="3118" w:type="dxa"/>
            <w:tcBorders>
              <w:top w:val="single" w:sz="6" w:space="0" w:color="A6A6A6"/>
              <w:left w:val="single" w:sz="6" w:space="0" w:color="A6A6A6"/>
              <w:bottom w:val="single" w:sz="6" w:space="0" w:color="A6A6A6"/>
              <w:right w:val="single" w:sz="6" w:space="0" w:color="A6A6A6"/>
            </w:tcBorders>
            <w:tcMar>
              <w:top w:w="80" w:type="dxa"/>
              <w:left w:w="100" w:type="dxa"/>
              <w:bottom w:w="80" w:type="dxa"/>
              <w:right w:w="100" w:type="dxa"/>
            </w:tcMar>
            <w:vAlign w:val="center"/>
          </w:tcPr>
          <w:p w14:paraId="18130E4C" w14:textId="77777777" w:rsidR="00C4229A" w:rsidRPr="008A4F0D" w:rsidRDefault="00C4229A">
            <w:pPr>
              <w:spacing w:after="0"/>
              <w:rPr>
                <w:rFonts w:ascii="Times New Roman" w:hAnsi="Times New Roman" w:cs="Times New Roman"/>
              </w:rPr>
            </w:pPr>
          </w:p>
        </w:tc>
      </w:tr>
      <w:tr w:rsidR="00C4229A" w:rsidRPr="008A4F0D" w14:paraId="6DC6AA5F" w14:textId="77777777">
        <w:trPr>
          <w:jc w:val="center"/>
        </w:trPr>
        <w:tc>
          <w:tcPr>
            <w:tcW w:w="2721" w:type="dxa"/>
            <w:tcBorders>
              <w:top w:val="single" w:sz="6" w:space="0" w:color="A6A6A6"/>
              <w:left w:val="single" w:sz="6" w:space="0" w:color="A6A6A6"/>
              <w:bottom w:val="single" w:sz="6" w:space="0" w:color="A6A6A6"/>
              <w:right w:val="single" w:sz="6" w:space="0" w:color="A6A6A6"/>
            </w:tcBorders>
            <w:tcMar>
              <w:top w:w="80" w:type="dxa"/>
              <w:left w:w="100" w:type="dxa"/>
              <w:bottom w:w="80" w:type="dxa"/>
              <w:right w:w="100" w:type="dxa"/>
            </w:tcMar>
            <w:vAlign w:val="center"/>
          </w:tcPr>
          <w:p w14:paraId="74382C1D" w14:textId="77777777" w:rsidR="00C4229A" w:rsidRPr="008A4F0D" w:rsidRDefault="00C4229A">
            <w:pPr>
              <w:spacing w:after="0"/>
              <w:rPr>
                <w:rFonts w:ascii="Times New Roman" w:hAnsi="Times New Roman" w:cs="Times New Roman"/>
              </w:rPr>
            </w:pPr>
          </w:p>
        </w:tc>
        <w:tc>
          <w:tcPr>
            <w:tcW w:w="3118" w:type="dxa"/>
            <w:tcBorders>
              <w:top w:val="single" w:sz="6" w:space="0" w:color="A6A6A6"/>
              <w:left w:val="single" w:sz="6" w:space="0" w:color="A6A6A6"/>
              <w:bottom w:val="single" w:sz="6" w:space="0" w:color="A6A6A6"/>
              <w:right w:val="single" w:sz="6" w:space="0" w:color="A6A6A6"/>
            </w:tcBorders>
            <w:tcMar>
              <w:top w:w="80" w:type="dxa"/>
              <w:left w:w="100" w:type="dxa"/>
              <w:bottom w:w="80" w:type="dxa"/>
              <w:right w:w="100" w:type="dxa"/>
            </w:tcMar>
            <w:vAlign w:val="center"/>
          </w:tcPr>
          <w:p w14:paraId="2A01472D" w14:textId="77777777" w:rsidR="00C4229A" w:rsidRPr="008A4F0D" w:rsidRDefault="00C4229A">
            <w:pPr>
              <w:spacing w:after="0"/>
              <w:rPr>
                <w:rFonts w:ascii="Times New Roman" w:hAnsi="Times New Roman" w:cs="Times New Roman"/>
              </w:rPr>
            </w:pPr>
          </w:p>
        </w:tc>
        <w:tc>
          <w:tcPr>
            <w:tcW w:w="1361" w:type="dxa"/>
            <w:tcBorders>
              <w:top w:val="single" w:sz="6" w:space="0" w:color="A6A6A6"/>
              <w:left w:val="single" w:sz="6" w:space="0" w:color="A6A6A6"/>
              <w:bottom w:val="single" w:sz="6" w:space="0" w:color="A6A6A6"/>
              <w:right w:val="single" w:sz="6" w:space="0" w:color="A6A6A6"/>
            </w:tcBorders>
            <w:tcMar>
              <w:top w:w="80" w:type="dxa"/>
              <w:left w:w="100" w:type="dxa"/>
              <w:bottom w:w="80" w:type="dxa"/>
              <w:right w:w="100" w:type="dxa"/>
            </w:tcMar>
            <w:vAlign w:val="center"/>
          </w:tcPr>
          <w:p w14:paraId="0E145FE5" w14:textId="77777777" w:rsidR="00C4229A" w:rsidRPr="008A4F0D" w:rsidRDefault="00C4229A">
            <w:pPr>
              <w:spacing w:after="0"/>
              <w:rPr>
                <w:rFonts w:ascii="Times New Roman" w:hAnsi="Times New Roman" w:cs="Times New Roman"/>
              </w:rPr>
            </w:pPr>
          </w:p>
        </w:tc>
        <w:tc>
          <w:tcPr>
            <w:tcW w:w="3118" w:type="dxa"/>
            <w:tcBorders>
              <w:top w:val="single" w:sz="6" w:space="0" w:color="A6A6A6"/>
              <w:left w:val="single" w:sz="6" w:space="0" w:color="A6A6A6"/>
              <w:bottom w:val="single" w:sz="6" w:space="0" w:color="A6A6A6"/>
              <w:right w:val="single" w:sz="6" w:space="0" w:color="A6A6A6"/>
            </w:tcBorders>
            <w:tcMar>
              <w:top w:w="80" w:type="dxa"/>
              <w:left w:w="100" w:type="dxa"/>
              <w:bottom w:w="80" w:type="dxa"/>
              <w:right w:w="100" w:type="dxa"/>
            </w:tcMar>
            <w:vAlign w:val="center"/>
          </w:tcPr>
          <w:p w14:paraId="3EAF7FCD" w14:textId="77777777" w:rsidR="00C4229A" w:rsidRPr="008A4F0D" w:rsidRDefault="00C4229A">
            <w:pPr>
              <w:spacing w:after="0"/>
              <w:rPr>
                <w:rFonts w:ascii="Times New Roman" w:hAnsi="Times New Roman" w:cs="Times New Roman"/>
              </w:rPr>
            </w:pPr>
          </w:p>
        </w:tc>
      </w:tr>
    </w:tbl>
    <w:p w14:paraId="7982E29D" w14:textId="77777777" w:rsidR="00C4229A" w:rsidRPr="00ED663C" w:rsidRDefault="006E22AE">
      <w:pPr>
        <w:spacing w:after="80"/>
        <w:rPr>
          <w:rFonts w:ascii="Times New Roman" w:hAnsi="Times New Roman" w:cs="Times New Roman"/>
          <w:iCs/>
          <w:sz w:val="24"/>
          <w:szCs w:val="24"/>
        </w:rPr>
      </w:pPr>
      <w:r w:rsidRPr="00ED663C">
        <w:rPr>
          <w:rFonts w:ascii="Segoe UI Symbol" w:hAnsi="Segoe UI Symbol" w:cs="Segoe UI Symbol"/>
          <w:iCs/>
          <w:color w:val="5A5A5A"/>
          <w:sz w:val="24"/>
          <w:szCs w:val="24"/>
        </w:rPr>
        <w:t>☐</w:t>
      </w:r>
      <w:r w:rsidRPr="00ED663C">
        <w:rPr>
          <w:rFonts w:ascii="Times New Roman" w:hAnsi="Times New Roman" w:cs="Times New Roman"/>
          <w:iCs/>
          <w:color w:val="5A5A5A"/>
          <w:sz w:val="24"/>
          <w:szCs w:val="24"/>
        </w:rPr>
        <w:t xml:space="preserve"> Sertificējamo meža apsaimniekošanas vienību / teritoriju pilns saraksts pievienots pielikumā.</w:t>
      </w:r>
    </w:p>
    <w:p w14:paraId="2D3C94A7" w14:textId="77777777" w:rsidR="00C4229A" w:rsidRPr="008A4F0D" w:rsidRDefault="006E22AE">
      <w:pPr>
        <w:keepNext/>
        <w:spacing w:before="160" w:after="80"/>
        <w:rPr>
          <w:rFonts w:ascii="Times New Roman" w:hAnsi="Times New Roman" w:cs="Times New Roman"/>
        </w:rPr>
      </w:pPr>
      <w:r w:rsidRPr="008A4F0D">
        <w:rPr>
          <w:rFonts w:ascii="Times New Roman" w:hAnsi="Times New Roman" w:cs="Times New Roman"/>
          <w:b/>
          <w:color w:val="2F541F"/>
          <w:sz w:val="22"/>
        </w:rPr>
        <w:t>5. Grupas sertifikācijas informācija (aizpilda, ja piemērojams)</w:t>
      </w:r>
    </w:p>
    <w:tbl>
      <w:tblPr>
        <w:tblW w:w="0" w:type="auto"/>
        <w:jc w:val="center"/>
        <w:tblLayout w:type="fixed"/>
        <w:tblLook w:val="04A0" w:firstRow="1" w:lastRow="0" w:firstColumn="1" w:lastColumn="0" w:noHBand="0" w:noVBand="1"/>
      </w:tblPr>
      <w:tblGrid>
        <w:gridCol w:w="4535"/>
        <w:gridCol w:w="5783"/>
      </w:tblGrid>
      <w:tr w:rsidR="00C4229A" w:rsidRPr="008A4F0D" w14:paraId="1BCCD19F" w14:textId="77777777">
        <w:trPr>
          <w:jc w:val="center"/>
        </w:trPr>
        <w:tc>
          <w:tcPr>
            <w:tcW w:w="4535" w:type="dxa"/>
            <w:tcBorders>
              <w:top w:val="single" w:sz="6" w:space="0" w:color="A6A6A6"/>
              <w:left w:val="single" w:sz="6" w:space="0" w:color="A6A6A6"/>
              <w:bottom w:val="single" w:sz="6" w:space="0" w:color="A6A6A6"/>
              <w:right w:val="single" w:sz="6" w:space="0" w:color="A6A6A6"/>
            </w:tcBorders>
            <w:tcMar>
              <w:top w:w="80" w:type="dxa"/>
              <w:left w:w="100" w:type="dxa"/>
              <w:bottom w:w="80" w:type="dxa"/>
              <w:right w:w="100" w:type="dxa"/>
            </w:tcMar>
            <w:vAlign w:val="center"/>
          </w:tcPr>
          <w:p w14:paraId="081F88A3" w14:textId="77777777" w:rsidR="00C4229A" w:rsidRPr="008A4F0D" w:rsidRDefault="006E22AE">
            <w:pPr>
              <w:spacing w:after="0"/>
              <w:rPr>
                <w:rFonts w:ascii="Times New Roman" w:hAnsi="Times New Roman" w:cs="Times New Roman"/>
              </w:rPr>
            </w:pPr>
            <w:r w:rsidRPr="008A4F0D">
              <w:rPr>
                <w:rFonts w:ascii="Times New Roman" w:hAnsi="Times New Roman" w:cs="Times New Roman"/>
                <w:b/>
              </w:rPr>
              <w:t>Grupas nosaukums</w:t>
            </w:r>
          </w:p>
        </w:tc>
        <w:tc>
          <w:tcPr>
            <w:tcW w:w="5783" w:type="dxa"/>
            <w:tcBorders>
              <w:top w:val="single" w:sz="6" w:space="0" w:color="A6A6A6"/>
              <w:left w:val="single" w:sz="6" w:space="0" w:color="A6A6A6"/>
              <w:bottom w:val="single" w:sz="6" w:space="0" w:color="A6A6A6"/>
              <w:right w:val="single" w:sz="6" w:space="0" w:color="A6A6A6"/>
            </w:tcBorders>
            <w:tcMar>
              <w:top w:w="80" w:type="dxa"/>
              <w:left w:w="100" w:type="dxa"/>
              <w:bottom w:w="80" w:type="dxa"/>
              <w:right w:w="100" w:type="dxa"/>
            </w:tcMar>
            <w:vAlign w:val="center"/>
          </w:tcPr>
          <w:p w14:paraId="3CC99102" w14:textId="77777777" w:rsidR="00C4229A" w:rsidRPr="008A4F0D" w:rsidRDefault="00C4229A">
            <w:pPr>
              <w:spacing w:after="0"/>
              <w:rPr>
                <w:rFonts w:ascii="Times New Roman" w:hAnsi="Times New Roman" w:cs="Times New Roman"/>
              </w:rPr>
            </w:pPr>
          </w:p>
        </w:tc>
      </w:tr>
      <w:tr w:rsidR="00C4229A" w:rsidRPr="008A4F0D" w14:paraId="3D398029" w14:textId="77777777">
        <w:trPr>
          <w:jc w:val="center"/>
        </w:trPr>
        <w:tc>
          <w:tcPr>
            <w:tcW w:w="4535" w:type="dxa"/>
            <w:tcBorders>
              <w:top w:val="single" w:sz="6" w:space="0" w:color="A6A6A6"/>
              <w:left w:val="single" w:sz="6" w:space="0" w:color="A6A6A6"/>
              <w:bottom w:val="single" w:sz="6" w:space="0" w:color="A6A6A6"/>
              <w:right w:val="single" w:sz="6" w:space="0" w:color="A6A6A6"/>
            </w:tcBorders>
            <w:tcMar>
              <w:top w:w="80" w:type="dxa"/>
              <w:left w:w="100" w:type="dxa"/>
              <w:bottom w:w="80" w:type="dxa"/>
              <w:right w:w="100" w:type="dxa"/>
            </w:tcMar>
            <w:vAlign w:val="center"/>
          </w:tcPr>
          <w:p w14:paraId="1B9276B6" w14:textId="77777777" w:rsidR="00C4229A" w:rsidRPr="008A4F0D" w:rsidRDefault="006E22AE">
            <w:pPr>
              <w:spacing w:after="0"/>
              <w:rPr>
                <w:rFonts w:ascii="Times New Roman" w:hAnsi="Times New Roman" w:cs="Times New Roman"/>
              </w:rPr>
            </w:pPr>
            <w:r w:rsidRPr="008A4F0D">
              <w:rPr>
                <w:rFonts w:ascii="Times New Roman" w:hAnsi="Times New Roman" w:cs="Times New Roman"/>
                <w:b/>
              </w:rPr>
              <w:t>Grupas vadības / administrējošā organizācija</w:t>
            </w:r>
          </w:p>
        </w:tc>
        <w:tc>
          <w:tcPr>
            <w:tcW w:w="5783" w:type="dxa"/>
            <w:tcBorders>
              <w:top w:val="single" w:sz="6" w:space="0" w:color="A6A6A6"/>
              <w:left w:val="single" w:sz="6" w:space="0" w:color="A6A6A6"/>
              <w:bottom w:val="single" w:sz="6" w:space="0" w:color="A6A6A6"/>
              <w:right w:val="single" w:sz="6" w:space="0" w:color="A6A6A6"/>
            </w:tcBorders>
            <w:tcMar>
              <w:top w:w="80" w:type="dxa"/>
              <w:left w:w="100" w:type="dxa"/>
              <w:bottom w:w="80" w:type="dxa"/>
              <w:right w:w="100" w:type="dxa"/>
            </w:tcMar>
            <w:vAlign w:val="center"/>
          </w:tcPr>
          <w:p w14:paraId="5CE0F590" w14:textId="77777777" w:rsidR="00C4229A" w:rsidRPr="008A4F0D" w:rsidRDefault="00C4229A">
            <w:pPr>
              <w:spacing w:after="0"/>
              <w:rPr>
                <w:rFonts w:ascii="Times New Roman" w:hAnsi="Times New Roman" w:cs="Times New Roman"/>
              </w:rPr>
            </w:pPr>
          </w:p>
        </w:tc>
      </w:tr>
      <w:tr w:rsidR="00C4229A" w:rsidRPr="008A4F0D" w14:paraId="44F2FD64" w14:textId="77777777">
        <w:trPr>
          <w:jc w:val="center"/>
        </w:trPr>
        <w:tc>
          <w:tcPr>
            <w:tcW w:w="4535" w:type="dxa"/>
            <w:tcBorders>
              <w:top w:val="single" w:sz="6" w:space="0" w:color="A6A6A6"/>
              <w:left w:val="single" w:sz="6" w:space="0" w:color="A6A6A6"/>
              <w:bottom w:val="single" w:sz="6" w:space="0" w:color="A6A6A6"/>
              <w:right w:val="single" w:sz="6" w:space="0" w:color="A6A6A6"/>
            </w:tcBorders>
            <w:tcMar>
              <w:top w:w="80" w:type="dxa"/>
              <w:left w:w="100" w:type="dxa"/>
              <w:bottom w:w="80" w:type="dxa"/>
              <w:right w:w="100" w:type="dxa"/>
            </w:tcMar>
            <w:vAlign w:val="center"/>
          </w:tcPr>
          <w:p w14:paraId="61F67F7B" w14:textId="77777777" w:rsidR="00C4229A" w:rsidRPr="008A4F0D" w:rsidRDefault="006E22AE">
            <w:pPr>
              <w:spacing w:after="0"/>
              <w:rPr>
                <w:rFonts w:ascii="Times New Roman" w:hAnsi="Times New Roman" w:cs="Times New Roman"/>
              </w:rPr>
            </w:pPr>
            <w:r w:rsidRPr="008A4F0D">
              <w:rPr>
                <w:rFonts w:ascii="Times New Roman" w:hAnsi="Times New Roman" w:cs="Times New Roman"/>
                <w:b/>
              </w:rPr>
              <w:t>Grupas dalībnieku skaits</w:t>
            </w:r>
          </w:p>
        </w:tc>
        <w:tc>
          <w:tcPr>
            <w:tcW w:w="5783" w:type="dxa"/>
            <w:tcBorders>
              <w:top w:val="single" w:sz="6" w:space="0" w:color="A6A6A6"/>
              <w:left w:val="single" w:sz="6" w:space="0" w:color="A6A6A6"/>
              <w:bottom w:val="single" w:sz="6" w:space="0" w:color="A6A6A6"/>
              <w:right w:val="single" w:sz="6" w:space="0" w:color="A6A6A6"/>
            </w:tcBorders>
            <w:tcMar>
              <w:top w:w="80" w:type="dxa"/>
              <w:left w:w="100" w:type="dxa"/>
              <w:bottom w:w="80" w:type="dxa"/>
              <w:right w:w="100" w:type="dxa"/>
            </w:tcMar>
            <w:vAlign w:val="center"/>
          </w:tcPr>
          <w:p w14:paraId="488582AD" w14:textId="77777777" w:rsidR="00C4229A" w:rsidRPr="008A4F0D" w:rsidRDefault="006E22AE">
            <w:pPr>
              <w:spacing w:after="0"/>
              <w:rPr>
                <w:rFonts w:ascii="Times New Roman" w:hAnsi="Times New Roman" w:cs="Times New Roman"/>
              </w:rPr>
            </w:pPr>
            <w:r w:rsidRPr="008A4F0D">
              <w:rPr>
                <w:rFonts w:ascii="Times New Roman" w:hAnsi="Times New Roman" w:cs="Times New Roman"/>
              </w:rPr>
              <w:t>__________</w:t>
            </w:r>
          </w:p>
        </w:tc>
      </w:tr>
      <w:tr w:rsidR="00C4229A" w:rsidRPr="008A4F0D" w14:paraId="4767F61E" w14:textId="77777777">
        <w:trPr>
          <w:jc w:val="center"/>
        </w:trPr>
        <w:tc>
          <w:tcPr>
            <w:tcW w:w="4535" w:type="dxa"/>
            <w:tcBorders>
              <w:top w:val="single" w:sz="6" w:space="0" w:color="A6A6A6"/>
              <w:left w:val="single" w:sz="6" w:space="0" w:color="A6A6A6"/>
              <w:bottom w:val="single" w:sz="6" w:space="0" w:color="A6A6A6"/>
              <w:right w:val="single" w:sz="6" w:space="0" w:color="A6A6A6"/>
            </w:tcBorders>
            <w:tcMar>
              <w:top w:w="80" w:type="dxa"/>
              <w:left w:w="100" w:type="dxa"/>
              <w:bottom w:w="80" w:type="dxa"/>
              <w:right w:w="100" w:type="dxa"/>
            </w:tcMar>
            <w:vAlign w:val="center"/>
          </w:tcPr>
          <w:p w14:paraId="38EFB74D" w14:textId="77777777" w:rsidR="00C4229A" w:rsidRPr="008A4F0D" w:rsidRDefault="006E22AE">
            <w:pPr>
              <w:spacing w:after="0"/>
              <w:rPr>
                <w:rFonts w:ascii="Times New Roman" w:hAnsi="Times New Roman" w:cs="Times New Roman"/>
              </w:rPr>
            </w:pPr>
            <w:r w:rsidRPr="008A4F0D">
              <w:rPr>
                <w:rFonts w:ascii="Times New Roman" w:hAnsi="Times New Roman" w:cs="Times New Roman"/>
                <w:b/>
              </w:rPr>
              <w:t>Grupas kopējā sertifikācijai pieteiktā meža platība</w:t>
            </w:r>
          </w:p>
        </w:tc>
        <w:tc>
          <w:tcPr>
            <w:tcW w:w="5783" w:type="dxa"/>
            <w:tcBorders>
              <w:top w:val="single" w:sz="6" w:space="0" w:color="A6A6A6"/>
              <w:left w:val="single" w:sz="6" w:space="0" w:color="A6A6A6"/>
              <w:bottom w:val="single" w:sz="6" w:space="0" w:color="A6A6A6"/>
              <w:right w:val="single" w:sz="6" w:space="0" w:color="A6A6A6"/>
            </w:tcBorders>
            <w:tcMar>
              <w:top w:w="80" w:type="dxa"/>
              <w:left w:w="100" w:type="dxa"/>
              <w:bottom w:w="80" w:type="dxa"/>
              <w:right w:w="100" w:type="dxa"/>
            </w:tcMar>
            <w:vAlign w:val="center"/>
          </w:tcPr>
          <w:p w14:paraId="5F57D3DF" w14:textId="77777777" w:rsidR="00C4229A" w:rsidRPr="008A4F0D" w:rsidRDefault="006E22AE">
            <w:pPr>
              <w:spacing w:after="0"/>
              <w:rPr>
                <w:rFonts w:ascii="Times New Roman" w:hAnsi="Times New Roman" w:cs="Times New Roman"/>
              </w:rPr>
            </w:pPr>
            <w:r w:rsidRPr="008A4F0D">
              <w:rPr>
                <w:rFonts w:ascii="Times New Roman" w:hAnsi="Times New Roman" w:cs="Times New Roman"/>
              </w:rPr>
              <w:t>__________ ha</w:t>
            </w:r>
          </w:p>
        </w:tc>
      </w:tr>
      <w:tr w:rsidR="00C4229A" w:rsidRPr="008A4F0D" w14:paraId="4BFC12C9" w14:textId="77777777">
        <w:trPr>
          <w:jc w:val="center"/>
        </w:trPr>
        <w:tc>
          <w:tcPr>
            <w:tcW w:w="4535" w:type="dxa"/>
            <w:tcBorders>
              <w:top w:val="single" w:sz="6" w:space="0" w:color="A6A6A6"/>
              <w:left w:val="single" w:sz="6" w:space="0" w:color="A6A6A6"/>
              <w:bottom w:val="single" w:sz="6" w:space="0" w:color="A6A6A6"/>
              <w:right w:val="single" w:sz="6" w:space="0" w:color="A6A6A6"/>
            </w:tcBorders>
            <w:tcMar>
              <w:top w:w="80" w:type="dxa"/>
              <w:left w:w="100" w:type="dxa"/>
              <w:bottom w:w="80" w:type="dxa"/>
              <w:right w:w="100" w:type="dxa"/>
            </w:tcMar>
            <w:vAlign w:val="center"/>
          </w:tcPr>
          <w:p w14:paraId="7A59AA25" w14:textId="77777777" w:rsidR="00C4229A" w:rsidRPr="008A4F0D" w:rsidRDefault="006E22AE">
            <w:pPr>
              <w:spacing w:after="0"/>
              <w:rPr>
                <w:rFonts w:ascii="Times New Roman" w:hAnsi="Times New Roman" w:cs="Times New Roman"/>
              </w:rPr>
            </w:pPr>
            <w:r w:rsidRPr="008A4F0D">
              <w:rPr>
                <w:rFonts w:ascii="Times New Roman" w:hAnsi="Times New Roman" w:cs="Times New Roman"/>
                <w:b/>
              </w:rPr>
              <w:t>Grupas pārvaldības un iekšējās kontroles struktūras īss apraksts</w:t>
            </w:r>
          </w:p>
        </w:tc>
        <w:tc>
          <w:tcPr>
            <w:tcW w:w="5783" w:type="dxa"/>
            <w:tcBorders>
              <w:top w:val="single" w:sz="6" w:space="0" w:color="A6A6A6"/>
              <w:left w:val="single" w:sz="6" w:space="0" w:color="A6A6A6"/>
              <w:bottom w:val="single" w:sz="6" w:space="0" w:color="A6A6A6"/>
              <w:right w:val="single" w:sz="6" w:space="0" w:color="A6A6A6"/>
            </w:tcBorders>
            <w:tcMar>
              <w:top w:w="80" w:type="dxa"/>
              <w:left w:w="100" w:type="dxa"/>
              <w:bottom w:w="80" w:type="dxa"/>
              <w:right w:w="100" w:type="dxa"/>
            </w:tcMar>
            <w:vAlign w:val="center"/>
          </w:tcPr>
          <w:p w14:paraId="5CE1580F" w14:textId="77777777" w:rsidR="00C4229A" w:rsidRPr="008A4F0D" w:rsidRDefault="00C4229A">
            <w:pPr>
              <w:spacing w:after="0"/>
              <w:rPr>
                <w:rFonts w:ascii="Times New Roman" w:hAnsi="Times New Roman" w:cs="Times New Roman"/>
              </w:rPr>
            </w:pPr>
          </w:p>
        </w:tc>
      </w:tr>
    </w:tbl>
    <w:p w14:paraId="206992F8" w14:textId="77777777" w:rsidR="00C4229A" w:rsidRPr="008A4F0D" w:rsidRDefault="006E22AE">
      <w:pPr>
        <w:spacing w:after="80"/>
        <w:rPr>
          <w:rFonts w:ascii="Times New Roman" w:hAnsi="Times New Roman" w:cs="Times New Roman"/>
        </w:rPr>
      </w:pPr>
      <w:r w:rsidRPr="008A4F0D">
        <w:rPr>
          <w:rFonts w:ascii="Segoe UI Symbol" w:hAnsi="Segoe UI Symbol" w:cs="Segoe UI Symbol"/>
          <w:i/>
          <w:color w:val="5A5A5A"/>
          <w:sz w:val="17"/>
        </w:rPr>
        <w:t>☐</w:t>
      </w:r>
      <w:r w:rsidRPr="008A4F0D">
        <w:rPr>
          <w:rFonts w:ascii="Times New Roman" w:hAnsi="Times New Roman" w:cs="Times New Roman"/>
          <w:i/>
          <w:color w:val="5A5A5A"/>
          <w:sz w:val="17"/>
        </w:rPr>
        <w:t xml:space="preserve"> Grupas dalībnieku un sertifikācijā iekļauto platību saraksts pievienots pielikumā.</w:t>
      </w:r>
    </w:p>
    <w:p w14:paraId="0D3807CB" w14:textId="77777777" w:rsidR="00C4229A" w:rsidRPr="008A4F0D" w:rsidRDefault="006E22AE">
      <w:pPr>
        <w:rPr>
          <w:rFonts w:ascii="Times New Roman" w:hAnsi="Times New Roman" w:cs="Times New Roman"/>
        </w:rPr>
      </w:pPr>
      <w:r w:rsidRPr="008A4F0D">
        <w:rPr>
          <w:rFonts w:ascii="Times New Roman" w:hAnsi="Times New Roman" w:cs="Times New Roman"/>
        </w:rPr>
        <w:br w:type="page"/>
      </w:r>
    </w:p>
    <w:p w14:paraId="398FA61A" w14:textId="77777777" w:rsidR="00C4229A" w:rsidRPr="008A4F0D" w:rsidRDefault="006E22AE">
      <w:pPr>
        <w:keepNext/>
        <w:spacing w:before="160" w:after="80"/>
        <w:rPr>
          <w:rFonts w:ascii="Times New Roman" w:hAnsi="Times New Roman" w:cs="Times New Roman"/>
        </w:rPr>
      </w:pPr>
      <w:r w:rsidRPr="008A4F0D">
        <w:rPr>
          <w:rFonts w:ascii="Times New Roman" w:hAnsi="Times New Roman" w:cs="Times New Roman"/>
          <w:b/>
          <w:color w:val="2F541F"/>
          <w:sz w:val="22"/>
        </w:rPr>
        <w:lastRenderedPageBreak/>
        <w:t>6. Ārpakalpojumi, kas var ietekmēt sertifikācijas prasību izpildi</w:t>
      </w:r>
    </w:p>
    <w:p w14:paraId="56E4057E" w14:textId="77777777" w:rsidR="00C4229A" w:rsidRPr="008A4F0D" w:rsidRDefault="006E22AE">
      <w:pPr>
        <w:spacing w:after="80"/>
        <w:rPr>
          <w:rFonts w:ascii="Times New Roman" w:hAnsi="Times New Roman" w:cs="Times New Roman"/>
        </w:rPr>
      </w:pPr>
      <w:r w:rsidRPr="008A4F0D">
        <w:rPr>
          <w:rFonts w:ascii="Times New Roman" w:hAnsi="Times New Roman" w:cs="Times New Roman"/>
        </w:rPr>
        <w:t xml:space="preserve">Vai pieteikuma iesniedzējs izmanto ārpakalpojumus, kas saistīti ar sertificējamo meža apsaimniekošanu?    </w:t>
      </w:r>
      <w:r w:rsidRPr="008A4F0D">
        <w:rPr>
          <w:rFonts w:ascii="Segoe UI Symbol" w:hAnsi="Segoe UI Symbol" w:cs="Segoe UI Symbol"/>
        </w:rPr>
        <w:t>☐</w:t>
      </w:r>
      <w:r w:rsidRPr="008A4F0D">
        <w:rPr>
          <w:rFonts w:ascii="Times New Roman" w:hAnsi="Times New Roman" w:cs="Times New Roman"/>
        </w:rPr>
        <w:t xml:space="preserve"> Jā    </w:t>
      </w:r>
      <w:r w:rsidRPr="008A4F0D">
        <w:rPr>
          <w:rFonts w:ascii="Segoe UI Symbol" w:hAnsi="Segoe UI Symbol" w:cs="Segoe UI Symbol"/>
        </w:rPr>
        <w:t>☐</w:t>
      </w:r>
      <w:r w:rsidRPr="008A4F0D">
        <w:rPr>
          <w:rFonts w:ascii="Times New Roman" w:hAnsi="Times New Roman" w:cs="Times New Roman"/>
        </w:rPr>
        <w:t xml:space="preserve"> Nē</w:t>
      </w:r>
    </w:p>
    <w:p w14:paraId="04B388A5" w14:textId="77777777" w:rsidR="00C4229A" w:rsidRPr="008A4F0D" w:rsidRDefault="006E22AE">
      <w:pPr>
        <w:spacing w:after="80"/>
        <w:rPr>
          <w:rFonts w:ascii="Times New Roman" w:hAnsi="Times New Roman" w:cs="Times New Roman"/>
        </w:rPr>
      </w:pPr>
      <w:r w:rsidRPr="008A4F0D">
        <w:rPr>
          <w:rFonts w:ascii="Times New Roman" w:hAnsi="Times New Roman" w:cs="Times New Roman"/>
          <w:i/>
          <w:color w:val="5A5A5A"/>
          <w:sz w:val="17"/>
        </w:rPr>
        <w:t>Piemēri: mežizstrāde, meža atjaunošana, jaunaudžu kopšana, meža inventarizācija, ceļu būvniecība/uzturēšana u.c.</w:t>
      </w:r>
    </w:p>
    <w:tbl>
      <w:tblPr>
        <w:tblW w:w="0" w:type="auto"/>
        <w:jc w:val="center"/>
        <w:tblLayout w:type="fixed"/>
        <w:tblLook w:val="04A0" w:firstRow="1" w:lastRow="0" w:firstColumn="1" w:lastColumn="0" w:noHBand="0" w:noVBand="1"/>
      </w:tblPr>
      <w:tblGrid>
        <w:gridCol w:w="3402"/>
        <w:gridCol w:w="4195"/>
        <w:gridCol w:w="2721"/>
      </w:tblGrid>
      <w:tr w:rsidR="00C4229A" w:rsidRPr="008A4F0D" w14:paraId="6F50AF50" w14:textId="77777777">
        <w:trPr>
          <w:jc w:val="center"/>
        </w:trPr>
        <w:tc>
          <w:tcPr>
            <w:tcW w:w="3402" w:type="dxa"/>
            <w:tcBorders>
              <w:top w:val="single" w:sz="6" w:space="0" w:color="A6A6A6"/>
              <w:left w:val="single" w:sz="6" w:space="0" w:color="A6A6A6"/>
              <w:bottom w:val="single" w:sz="6" w:space="0" w:color="A6A6A6"/>
              <w:right w:val="single" w:sz="6" w:space="0" w:color="A6A6A6"/>
            </w:tcBorders>
            <w:shd w:val="clear" w:color="auto" w:fill="E8F0E1"/>
            <w:tcMar>
              <w:top w:w="80" w:type="dxa"/>
              <w:left w:w="100" w:type="dxa"/>
              <w:bottom w:w="80" w:type="dxa"/>
              <w:right w:w="100" w:type="dxa"/>
            </w:tcMar>
            <w:vAlign w:val="center"/>
          </w:tcPr>
          <w:p w14:paraId="768DDB8F" w14:textId="77777777" w:rsidR="00C4229A" w:rsidRPr="008A4F0D" w:rsidRDefault="006E22AE">
            <w:pPr>
              <w:spacing w:after="0"/>
              <w:rPr>
                <w:rFonts w:ascii="Times New Roman" w:hAnsi="Times New Roman" w:cs="Times New Roman"/>
              </w:rPr>
            </w:pPr>
            <w:r w:rsidRPr="008A4F0D">
              <w:rPr>
                <w:rFonts w:ascii="Times New Roman" w:hAnsi="Times New Roman" w:cs="Times New Roman"/>
                <w:b/>
              </w:rPr>
              <w:t>Pakalpojuma sniedzējs</w:t>
            </w:r>
          </w:p>
        </w:tc>
        <w:tc>
          <w:tcPr>
            <w:tcW w:w="4195" w:type="dxa"/>
            <w:tcBorders>
              <w:top w:val="single" w:sz="6" w:space="0" w:color="A6A6A6"/>
              <w:left w:val="single" w:sz="6" w:space="0" w:color="A6A6A6"/>
              <w:bottom w:val="single" w:sz="6" w:space="0" w:color="A6A6A6"/>
              <w:right w:val="single" w:sz="6" w:space="0" w:color="A6A6A6"/>
            </w:tcBorders>
            <w:shd w:val="clear" w:color="auto" w:fill="E8F0E1"/>
            <w:tcMar>
              <w:top w:w="80" w:type="dxa"/>
              <w:left w:w="100" w:type="dxa"/>
              <w:bottom w:w="80" w:type="dxa"/>
              <w:right w:w="100" w:type="dxa"/>
            </w:tcMar>
            <w:vAlign w:val="center"/>
          </w:tcPr>
          <w:p w14:paraId="3B2CF0F0" w14:textId="77777777" w:rsidR="00C4229A" w:rsidRPr="008A4F0D" w:rsidRDefault="006E22AE">
            <w:pPr>
              <w:spacing w:after="0"/>
              <w:rPr>
                <w:rFonts w:ascii="Times New Roman" w:hAnsi="Times New Roman" w:cs="Times New Roman"/>
              </w:rPr>
            </w:pPr>
            <w:r w:rsidRPr="008A4F0D">
              <w:rPr>
                <w:rFonts w:ascii="Times New Roman" w:hAnsi="Times New Roman" w:cs="Times New Roman"/>
                <w:b/>
              </w:rPr>
              <w:t>Ārpakalpojuma process / darbība</w:t>
            </w:r>
          </w:p>
        </w:tc>
        <w:tc>
          <w:tcPr>
            <w:tcW w:w="2721" w:type="dxa"/>
            <w:tcBorders>
              <w:top w:val="single" w:sz="6" w:space="0" w:color="A6A6A6"/>
              <w:left w:val="single" w:sz="6" w:space="0" w:color="A6A6A6"/>
              <w:bottom w:val="single" w:sz="6" w:space="0" w:color="A6A6A6"/>
              <w:right w:val="single" w:sz="6" w:space="0" w:color="A6A6A6"/>
            </w:tcBorders>
            <w:shd w:val="clear" w:color="auto" w:fill="E8F0E1"/>
            <w:tcMar>
              <w:top w:w="80" w:type="dxa"/>
              <w:left w:w="100" w:type="dxa"/>
              <w:bottom w:w="80" w:type="dxa"/>
              <w:right w:w="100" w:type="dxa"/>
            </w:tcMar>
            <w:vAlign w:val="center"/>
          </w:tcPr>
          <w:p w14:paraId="462407EB" w14:textId="77777777" w:rsidR="00C4229A" w:rsidRPr="008A4F0D" w:rsidRDefault="006E22AE">
            <w:pPr>
              <w:spacing w:after="0"/>
              <w:rPr>
                <w:rFonts w:ascii="Times New Roman" w:hAnsi="Times New Roman" w:cs="Times New Roman"/>
              </w:rPr>
            </w:pPr>
            <w:r w:rsidRPr="008A4F0D">
              <w:rPr>
                <w:rFonts w:ascii="Times New Roman" w:hAnsi="Times New Roman" w:cs="Times New Roman"/>
                <w:b/>
              </w:rPr>
              <w:t>Piezīmes</w:t>
            </w:r>
          </w:p>
        </w:tc>
      </w:tr>
      <w:tr w:rsidR="00C4229A" w:rsidRPr="008A4F0D" w14:paraId="2A3A81C5" w14:textId="77777777">
        <w:trPr>
          <w:jc w:val="center"/>
        </w:trPr>
        <w:tc>
          <w:tcPr>
            <w:tcW w:w="3402" w:type="dxa"/>
            <w:tcBorders>
              <w:top w:val="single" w:sz="6" w:space="0" w:color="A6A6A6"/>
              <w:left w:val="single" w:sz="6" w:space="0" w:color="A6A6A6"/>
              <w:bottom w:val="single" w:sz="6" w:space="0" w:color="A6A6A6"/>
              <w:right w:val="single" w:sz="6" w:space="0" w:color="A6A6A6"/>
            </w:tcBorders>
            <w:tcMar>
              <w:top w:w="80" w:type="dxa"/>
              <w:left w:w="100" w:type="dxa"/>
              <w:bottom w:w="80" w:type="dxa"/>
              <w:right w:w="100" w:type="dxa"/>
            </w:tcMar>
            <w:vAlign w:val="center"/>
          </w:tcPr>
          <w:p w14:paraId="05629451" w14:textId="77777777" w:rsidR="00C4229A" w:rsidRPr="008A4F0D" w:rsidRDefault="00C4229A">
            <w:pPr>
              <w:spacing w:after="0"/>
              <w:rPr>
                <w:rFonts w:ascii="Times New Roman" w:hAnsi="Times New Roman" w:cs="Times New Roman"/>
              </w:rPr>
            </w:pPr>
          </w:p>
        </w:tc>
        <w:tc>
          <w:tcPr>
            <w:tcW w:w="4195" w:type="dxa"/>
            <w:tcBorders>
              <w:top w:val="single" w:sz="6" w:space="0" w:color="A6A6A6"/>
              <w:left w:val="single" w:sz="6" w:space="0" w:color="A6A6A6"/>
              <w:bottom w:val="single" w:sz="6" w:space="0" w:color="A6A6A6"/>
              <w:right w:val="single" w:sz="6" w:space="0" w:color="A6A6A6"/>
            </w:tcBorders>
            <w:tcMar>
              <w:top w:w="80" w:type="dxa"/>
              <w:left w:w="100" w:type="dxa"/>
              <w:bottom w:w="80" w:type="dxa"/>
              <w:right w:w="100" w:type="dxa"/>
            </w:tcMar>
            <w:vAlign w:val="center"/>
          </w:tcPr>
          <w:p w14:paraId="31E08B78" w14:textId="77777777" w:rsidR="00C4229A" w:rsidRPr="008A4F0D" w:rsidRDefault="00C4229A">
            <w:pPr>
              <w:spacing w:after="0"/>
              <w:rPr>
                <w:rFonts w:ascii="Times New Roman" w:hAnsi="Times New Roman" w:cs="Times New Roman"/>
              </w:rPr>
            </w:pPr>
          </w:p>
        </w:tc>
        <w:tc>
          <w:tcPr>
            <w:tcW w:w="2721" w:type="dxa"/>
            <w:tcBorders>
              <w:top w:val="single" w:sz="6" w:space="0" w:color="A6A6A6"/>
              <w:left w:val="single" w:sz="6" w:space="0" w:color="A6A6A6"/>
              <w:bottom w:val="single" w:sz="6" w:space="0" w:color="A6A6A6"/>
              <w:right w:val="single" w:sz="6" w:space="0" w:color="A6A6A6"/>
            </w:tcBorders>
            <w:tcMar>
              <w:top w:w="80" w:type="dxa"/>
              <w:left w:w="100" w:type="dxa"/>
              <w:bottom w:w="80" w:type="dxa"/>
              <w:right w:w="100" w:type="dxa"/>
            </w:tcMar>
            <w:vAlign w:val="center"/>
          </w:tcPr>
          <w:p w14:paraId="0E533C3C" w14:textId="77777777" w:rsidR="00C4229A" w:rsidRPr="008A4F0D" w:rsidRDefault="00C4229A">
            <w:pPr>
              <w:spacing w:after="0"/>
              <w:rPr>
                <w:rFonts w:ascii="Times New Roman" w:hAnsi="Times New Roman" w:cs="Times New Roman"/>
              </w:rPr>
            </w:pPr>
          </w:p>
        </w:tc>
      </w:tr>
      <w:tr w:rsidR="00C4229A" w:rsidRPr="008A4F0D" w14:paraId="0BEE38FD" w14:textId="77777777">
        <w:trPr>
          <w:jc w:val="center"/>
        </w:trPr>
        <w:tc>
          <w:tcPr>
            <w:tcW w:w="3402" w:type="dxa"/>
            <w:tcBorders>
              <w:top w:val="single" w:sz="6" w:space="0" w:color="A6A6A6"/>
              <w:left w:val="single" w:sz="6" w:space="0" w:color="A6A6A6"/>
              <w:bottom w:val="single" w:sz="6" w:space="0" w:color="A6A6A6"/>
              <w:right w:val="single" w:sz="6" w:space="0" w:color="A6A6A6"/>
            </w:tcBorders>
            <w:tcMar>
              <w:top w:w="80" w:type="dxa"/>
              <w:left w:w="100" w:type="dxa"/>
              <w:bottom w:w="80" w:type="dxa"/>
              <w:right w:w="100" w:type="dxa"/>
            </w:tcMar>
            <w:vAlign w:val="center"/>
          </w:tcPr>
          <w:p w14:paraId="21913058" w14:textId="77777777" w:rsidR="00C4229A" w:rsidRPr="008A4F0D" w:rsidRDefault="00C4229A">
            <w:pPr>
              <w:spacing w:after="0"/>
              <w:rPr>
                <w:rFonts w:ascii="Times New Roman" w:hAnsi="Times New Roman" w:cs="Times New Roman"/>
              </w:rPr>
            </w:pPr>
          </w:p>
        </w:tc>
        <w:tc>
          <w:tcPr>
            <w:tcW w:w="4195" w:type="dxa"/>
            <w:tcBorders>
              <w:top w:val="single" w:sz="6" w:space="0" w:color="A6A6A6"/>
              <w:left w:val="single" w:sz="6" w:space="0" w:color="A6A6A6"/>
              <w:bottom w:val="single" w:sz="6" w:space="0" w:color="A6A6A6"/>
              <w:right w:val="single" w:sz="6" w:space="0" w:color="A6A6A6"/>
            </w:tcBorders>
            <w:tcMar>
              <w:top w:w="80" w:type="dxa"/>
              <w:left w:w="100" w:type="dxa"/>
              <w:bottom w:w="80" w:type="dxa"/>
              <w:right w:w="100" w:type="dxa"/>
            </w:tcMar>
            <w:vAlign w:val="center"/>
          </w:tcPr>
          <w:p w14:paraId="59F86846" w14:textId="77777777" w:rsidR="00C4229A" w:rsidRPr="008A4F0D" w:rsidRDefault="00C4229A">
            <w:pPr>
              <w:spacing w:after="0"/>
              <w:rPr>
                <w:rFonts w:ascii="Times New Roman" w:hAnsi="Times New Roman" w:cs="Times New Roman"/>
              </w:rPr>
            </w:pPr>
          </w:p>
        </w:tc>
        <w:tc>
          <w:tcPr>
            <w:tcW w:w="2721" w:type="dxa"/>
            <w:tcBorders>
              <w:top w:val="single" w:sz="6" w:space="0" w:color="A6A6A6"/>
              <w:left w:val="single" w:sz="6" w:space="0" w:color="A6A6A6"/>
              <w:bottom w:val="single" w:sz="6" w:space="0" w:color="A6A6A6"/>
              <w:right w:val="single" w:sz="6" w:space="0" w:color="A6A6A6"/>
            </w:tcBorders>
            <w:tcMar>
              <w:top w:w="80" w:type="dxa"/>
              <w:left w:w="100" w:type="dxa"/>
              <w:bottom w:w="80" w:type="dxa"/>
              <w:right w:w="100" w:type="dxa"/>
            </w:tcMar>
            <w:vAlign w:val="center"/>
          </w:tcPr>
          <w:p w14:paraId="29C52A23" w14:textId="77777777" w:rsidR="00C4229A" w:rsidRPr="008A4F0D" w:rsidRDefault="00C4229A">
            <w:pPr>
              <w:spacing w:after="0"/>
              <w:rPr>
                <w:rFonts w:ascii="Times New Roman" w:hAnsi="Times New Roman" w:cs="Times New Roman"/>
              </w:rPr>
            </w:pPr>
          </w:p>
        </w:tc>
      </w:tr>
      <w:tr w:rsidR="00C4229A" w:rsidRPr="008A4F0D" w14:paraId="13A27952" w14:textId="77777777">
        <w:trPr>
          <w:jc w:val="center"/>
        </w:trPr>
        <w:tc>
          <w:tcPr>
            <w:tcW w:w="3402" w:type="dxa"/>
            <w:tcBorders>
              <w:top w:val="single" w:sz="6" w:space="0" w:color="A6A6A6"/>
              <w:left w:val="single" w:sz="6" w:space="0" w:color="A6A6A6"/>
              <w:bottom w:val="single" w:sz="6" w:space="0" w:color="A6A6A6"/>
              <w:right w:val="single" w:sz="6" w:space="0" w:color="A6A6A6"/>
            </w:tcBorders>
            <w:tcMar>
              <w:top w:w="80" w:type="dxa"/>
              <w:left w:w="100" w:type="dxa"/>
              <w:bottom w:w="80" w:type="dxa"/>
              <w:right w:w="100" w:type="dxa"/>
            </w:tcMar>
            <w:vAlign w:val="center"/>
          </w:tcPr>
          <w:p w14:paraId="4D0D0532" w14:textId="77777777" w:rsidR="00C4229A" w:rsidRPr="008A4F0D" w:rsidRDefault="00C4229A">
            <w:pPr>
              <w:spacing w:after="0"/>
              <w:rPr>
                <w:rFonts w:ascii="Times New Roman" w:hAnsi="Times New Roman" w:cs="Times New Roman"/>
              </w:rPr>
            </w:pPr>
          </w:p>
        </w:tc>
        <w:tc>
          <w:tcPr>
            <w:tcW w:w="4195" w:type="dxa"/>
            <w:tcBorders>
              <w:top w:val="single" w:sz="6" w:space="0" w:color="A6A6A6"/>
              <w:left w:val="single" w:sz="6" w:space="0" w:color="A6A6A6"/>
              <w:bottom w:val="single" w:sz="6" w:space="0" w:color="A6A6A6"/>
              <w:right w:val="single" w:sz="6" w:space="0" w:color="A6A6A6"/>
            </w:tcBorders>
            <w:tcMar>
              <w:top w:w="80" w:type="dxa"/>
              <w:left w:w="100" w:type="dxa"/>
              <w:bottom w:w="80" w:type="dxa"/>
              <w:right w:w="100" w:type="dxa"/>
            </w:tcMar>
            <w:vAlign w:val="center"/>
          </w:tcPr>
          <w:p w14:paraId="078D2D5A" w14:textId="77777777" w:rsidR="00C4229A" w:rsidRPr="008A4F0D" w:rsidRDefault="00C4229A">
            <w:pPr>
              <w:spacing w:after="0"/>
              <w:rPr>
                <w:rFonts w:ascii="Times New Roman" w:hAnsi="Times New Roman" w:cs="Times New Roman"/>
              </w:rPr>
            </w:pPr>
          </w:p>
        </w:tc>
        <w:tc>
          <w:tcPr>
            <w:tcW w:w="2721" w:type="dxa"/>
            <w:tcBorders>
              <w:top w:val="single" w:sz="6" w:space="0" w:color="A6A6A6"/>
              <w:left w:val="single" w:sz="6" w:space="0" w:color="A6A6A6"/>
              <w:bottom w:val="single" w:sz="6" w:space="0" w:color="A6A6A6"/>
              <w:right w:val="single" w:sz="6" w:space="0" w:color="A6A6A6"/>
            </w:tcBorders>
            <w:tcMar>
              <w:top w:w="80" w:type="dxa"/>
              <w:left w:w="100" w:type="dxa"/>
              <w:bottom w:w="80" w:type="dxa"/>
              <w:right w:w="100" w:type="dxa"/>
            </w:tcMar>
            <w:vAlign w:val="center"/>
          </w:tcPr>
          <w:p w14:paraId="4E119589" w14:textId="77777777" w:rsidR="00C4229A" w:rsidRPr="008A4F0D" w:rsidRDefault="00C4229A">
            <w:pPr>
              <w:spacing w:after="0"/>
              <w:rPr>
                <w:rFonts w:ascii="Times New Roman" w:hAnsi="Times New Roman" w:cs="Times New Roman"/>
              </w:rPr>
            </w:pPr>
          </w:p>
        </w:tc>
      </w:tr>
      <w:tr w:rsidR="00C4229A" w:rsidRPr="008A4F0D" w14:paraId="1625624E" w14:textId="77777777">
        <w:trPr>
          <w:jc w:val="center"/>
        </w:trPr>
        <w:tc>
          <w:tcPr>
            <w:tcW w:w="3402" w:type="dxa"/>
            <w:tcBorders>
              <w:top w:val="single" w:sz="6" w:space="0" w:color="A6A6A6"/>
              <w:left w:val="single" w:sz="6" w:space="0" w:color="A6A6A6"/>
              <w:bottom w:val="single" w:sz="6" w:space="0" w:color="A6A6A6"/>
              <w:right w:val="single" w:sz="6" w:space="0" w:color="A6A6A6"/>
            </w:tcBorders>
            <w:tcMar>
              <w:top w:w="80" w:type="dxa"/>
              <w:left w:w="100" w:type="dxa"/>
              <w:bottom w:w="80" w:type="dxa"/>
              <w:right w:w="100" w:type="dxa"/>
            </w:tcMar>
            <w:vAlign w:val="center"/>
          </w:tcPr>
          <w:p w14:paraId="5B14FC61" w14:textId="77777777" w:rsidR="00C4229A" w:rsidRPr="008A4F0D" w:rsidRDefault="00C4229A">
            <w:pPr>
              <w:spacing w:after="0"/>
              <w:rPr>
                <w:rFonts w:ascii="Times New Roman" w:hAnsi="Times New Roman" w:cs="Times New Roman"/>
              </w:rPr>
            </w:pPr>
          </w:p>
        </w:tc>
        <w:tc>
          <w:tcPr>
            <w:tcW w:w="4195" w:type="dxa"/>
            <w:tcBorders>
              <w:top w:val="single" w:sz="6" w:space="0" w:color="A6A6A6"/>
              <w:left w:val="single" w:sz="6" w:space="0" w:color="A6A6A6"/>
              <w:bottom w:val="single" w:sz="6" w:space="0" w:color="A6A6A6"/>
              <w:right w:val="single" w:sz="6" w:space="0" w:color="A6A6A6"/>
            </w:tcBorders>
            <w:tcMar>
              <w:top w:w="80" w:type="dxa"/>
              <w:left w:w="100" w:type="dxa"/>
              <w:bottom w:w="80" w:type="dxa"/>
              <w:right w:w="100" w:type="dxa"/>
            </w:tcMar>
            <w:vAlign w:val="center"/>
          </w:tcPr>
          <w:p w14:paraId="4F22FAEA" w14:textId="77777777" w:rsidR="00C4229A" w:rsidRPr="008A4F0D" w:rsidRDefault="00C4229A">
            <w:pPr>
              <w:spacing w:after="0"/>
              <w:rPr>
                <w:rFonts w:ascii="Times New Roman" w:hAnsi="Times New Roman" w:cs="Times New Roman"/>
              </w:rPr>
            </w:pPr>
          </w:p>
        </w:tc>
        <w:tc>
          <w:tcPr>
            <w:tcW w:w="2721" w:type="dxa"/>
            <w:tcBorders>
              <w:top w:val="single" w:sz="6" w:space="0" w:color="A6A6A6"/>
              <w:left w:val="single" w:sz="6" w:space="0" w:color="A6A6A6"/>
              <w:bottom w:val="single" w:sz="6" w:space="0" w:color="A6A6A6"/>
              <w:right w:val="single" w:sz="6" w:space="0" w:color="A6A6A6"/>
            </w:tcBorders>
            <w:tcMar>
              <w:top w:w="80" w:type="dxa"/>
              <w:left w:w="100" w:type="dxa"/>
              <w:bottom w:w="80" w:type="dxa"/>
              <w:right w:w="100" w:type="dxa"/>
            </w:tcMar>
            <w:vAlign w:val="center"/>
          </w:tcPr>
          <w:p w14:paraId="0C00CF82" w14:textId="77777777" w:rsidR="00C4229A" w:rsidRPr="008A4F0D" w:rsidRDefault="00C4229A">
            <w:pPr>
              <w:spacing w:after="0"/>
              <w:rPr>
                <w:rFonts w:ascii="Times New Roman" w:hAnsi="Times New Roman" w:cs="Times New Roman"/>
              </w:rPr>
            </w:pPr>
          </w:p>
        </w:tc>
      </w:tr>
    </w:tbl>
    <w:p w14:paraId="33390707" w14:textId="77777777" w:rsidR="00C4229A" w:rsidRPr="008A4F0D" w:rsidRDefault="006E22AE">
      <w:pPr>
        <w:keepNext/>
        <w:spacing w:before="160" w:after="80"/>
        <w:rPr>
          <w:rFonts w:ascii="Times New Roman" w:hAnsi="Times New Roman" w:cs="Times New Roman"/>
        </w:rPr>
      </w:pPr>
      <w:r w:rsidRPr="008A4F0D">
        <w:rPr>
          <w:rFonts w:ascii="Times New Roman" w:hAnsi="Times New Roman" w:cs="Times New Roman"/>
          <w:b/>
          <w:color w:val="2F541F"/>
          <w:sz w:val="22"/>
        </w:rPr>
        <w:t>7. Sertifikācijas konsultācijas</w:t>
      </w:r>
    </w:p>
    <w:p w14:paraId="2DCF7654" w14:textId="77777777" w:rsidR="00C4229A" w:rsidRPr="008A4F0D" w:rsidRDefault="006E22AE">
      <w:pPr>
        <w:spacing w:after="80"/>
        <w:rPr>
          <w:rFonts w:ascii="Times New Roman" w:hAnsi="Times New Roman" w:cs="Times New Roman"/>
        </w:rPr>
      </w:pPr>
      <w:r w:rsidRPr="008A4F0D">
        <w:rPr>
          <w:rFonts w:ascii="Times New Roman" w:hAnsi="Times New Roman" w:cs="Times New Roman"/>
        </w:rPr>
        <w:t xml:space="preserve">Vai pēdējo divu gadu laikā ir saņemtas konsultācijas, kas saistītas ar PEFC meža apsaimniekošanas sertifikāciju vai sertificējamo pārvaldības sistēmu?    </w:t>
      </w:r>
      <w:r w:rsidRPr="008A4F0D">
        <w:rPr>
          <w:rFonts w:ascii="Segoe UI Symbol" w:hAnsi="Segoe UI Symbol" w:cs="Segoe UI Symbol"/>
        </w:rPr>
        <w:t>☐</w:t>
      </w:r>
      <w:r w:rsidRPr="008A4F0D">
        <w:rPr>
          <w:rFonts w:ascii="Times New Roman" w:hAnsi="Times New Roman" w:cs="Times New Roman"/>
        </w:rPr>
        <w:t xml:space="preserve"> Jā    </w:t>
      </w:r>
      <w:r w:rsidRPr="008A4F0D">
        <w:rPr>
          <w:rFonts w:ascii="Segoe UI Symbol" w:hAnsi="Segoe UI Symbol" w:cs="Segoe UI Symbol"/>
        </w:rPr>
        <w:t>☐</w:t>
      </w:r>
      <w:r w:rsidRPr="008A4F0D">
        <w:rPr>
          <w:rFonts w:ascii="Times New Roman" w:hAnsi="Times New Roman" w:cs="Times New Roman"/>
        </w:rPr>
        <w:t xml:space="preserve"> Nē</w:t>
      </w:r>
    </w:p>
    <w:tbl>
      <w:tblPr>
        <w:tblW w:w="0" w:type="auto"/>
        <w:jc w:val="center"/>
        <w:tblLayout w:type="fixed"/>
        <w:tblLook w:val="04A0" w:firstRow="1" w:lastRow="0" w:firstColumn="1" w:lastColumn="0" w:noHBand="0" w:noVBand="1"/>
      </w:tblPr>
      <w:tblGrid>
        <w:gridCol w:w="3515"/>
        <w:gridCol w:w="6803"/>
      </w:tblGrid>
      <w:tr w:rsidR="00C4229A" w:rsidRPr="008A4F0D" w14:paraId="3141AFE6" w14:textId="77777777">
        <w:trPr>
          <w:jc w:val="center"/>
        </w:trPr>
        <w:tc>
          <w:tcPr>
            <w:tcW w:w="3515" w:type="dxa"/>
            <w:tcBorders>
              <w:top w:val="single" w:sz="6" w:space="0" w:color="A6A6A6"/>
              <w:left w:val="single" w:sz="6" w:space="0" w:color="A6A6A6"/>
              <w:bottom w:val="single" w:sz="6" w:space="0" w:color="A6A6A6"/>
              <w:right w:val="single" w:sz="6" w:space="0" w:color="A6A6A6"/>
            </w:tcBorders>
            <w:tcMar>
              <w:top w:w="80" w:type="dxa"/>
              <w:left w:w="100" w:type="dxa"/>
              <w:bottom w:w="80" w:type="dxa"/>
              <w:right w:w="100" w:type="dxa"/>
            </w:tcMar>
            <w:vAlign w:val="center"/>
          </w:tcPr>
          <w:p w14:paraId="0AFB45BE" w14:textId="77777777" w:rsidR="00C4229A" w:rsidRPr="008A4F0D" w:rsidRDefault="006E22AE">
            <w:pPr>
              <w:spacing w:after="0"/>
              <w:rPr>
                <w:rFonts w:ascii="Times New Roman" w:hAnsi="Times New Roman" w:cs="Times New Roman"/>
              </w:rPr>
            </w:pPr>
            <w:r w:rsidRPr="008A4F0D">
              <w:rPr>
                <w:rFonts w:ascii="Times New Roman" w:hAnsi="Times New Roman" w:cs="Times New Roman"/>
                <w:b/>
              </w:rPr>
              <w:t>Konsultants / uzņēmums</w:t>
            </w:r>
          </w:p>
        </w:tc>
        <w:tc>
          <w:tcPr>
            <w:tcW w:w="6803" w:type="dxa"/>
            <w:tcBorders>
              <w:top w:val="single" w:sz="6" w:space="0" w:color="A6A6A6"/>
              <w:left w:val="single" w:sz="6" w:space="0" w:color="A6A6A6"/>
              <w:bottom w:val="single" w:sz="6" w:space="0" w:color="A6A6A6"/>
              <w:right w:val="single" w:sz="6" w:space="0" w:color="A6A6A6"/>
            </w:tcBorders>
            <w:tcMar>
              <w:top w:w="80" w:type="dxa"/>
              <w:left w:w="100" w:type="dxa"/>
              <w:bottom w:w="80" w:type="dxa"/>
              <w:right w:w="100" w:type="dxa"/>
            </w:tcMar>
            <w:vAlign w:val="center"/>
          </w:tcPr>
          <w:p w14:paraId="64AF399A" w14:textId="77777777" w:rsidR="00C4229A" w:rsidRPr="008A4F0D" w:rsidRDefault="00C4229A">
            <w:pPr>
              <w:spacing w:after="0"/>
              <w:rPr>
                <w:rFonts w:ascii="Times New Roman" w:hAnsi="Times New Roman" w:cs="Times New Roman"/>
              </w:rPr>
            </w:pPr>
          </w:p>
        </w:tc>
      </w:tr>
      <w:tr w:rsidR="00C4229A" w:rsidRPr="008A4F0D" w14:paraId="6C784502" w14:textId="77777777">
        <w:trPr>
          <w:jc w:val="center"/>
        </w:trPr>
        <w:tc>
          <w:tcPr>
            <w:tcW w:w="3515" w:type="dxa"/>
            <w:tcBorders>
              <w:top w:val="single" w:sz="6" w:space="0" w:color="A6A6A6"/>
              <w:left w:val="single" w:sz="6" w:space="0" w:color="A6A6A6"/>
              <w:bottom w:val="single" w:sz="6" w:space="0" w:color="A6A6A6"/>
              <w:right w:val="single" w:sz="6" w:space="0" w:color="A6A6A6"/>
            </w:tcBorders>
            <w:tcMar>
              <w:top w:w="80" w:type="dxa"/>
              <w:left w:w="100" w:type="dxa"/>
              <w:bottom w:w="80" w:type="dxa"/>
              <w:right w:w="100" w:type="dxa"/>
            </w:tcMar>
            <w:vAlign w:val="center"/>
          </w:tcPr>
          <w:p w14:paraId="4005D40F" w14:textId="77777777" w:rsidR="00C4229A" w:rsidRPr="008A4F0D" w:rsidRDefault="006E22AE">
            <w:pPr>
              <w:spacing w:after="0"/>
              <w:rPr>
                <w:rFonts w:ascii="Times New Roman" w:hAnsi="Times New Roman" w:cs="Times New Roman"/>
              </w:rPr>
            </w:pPr>
            <w:r w:rsidRPr="008A4F0D">
              <w:rPr>
                <w:rFonts w:ascii="Times New Roman" w:hAnsi="Times New Roman" w:cs="Times New Roman"/>
                <w:b/>
              </w:rPr>
              <w:t>Konsultāciju joma / saturs</w:t>
            </w:r>
          </w:p>
        </w:tc>
        <w:tc>
          <w:tcPr>
            <w:tcW w:w="6803" w:type="dxa"/>
            <w:tcBorders>
              <w:top w:val="single" w:sz="6" w:space="0" w:color="A6A6A6"/>
              <w:left w:val="single" w:sz="6" w:space="0" w:color="A6A6A6"/>
              <w:bottom w:val="single" w:sz="6" w:space="0" w:color="A6A6A6"/>
              <w:right w:val="single" w:sz="6" w:space="0" w:color="A6A6A6"/>
            </w:tcBorders>
            <w:tcMar>
              <w:top w:w="80" w:type="dxa"/>
              <w:left w:w="100" w:type="dxa"/>
              <w:bottom w:w="80" w:type="dxa"/>
              <w:right w:w="100" w:type="dxa"/>
            </w:tcMar>
            <w:vAlign w:val="center"/>
          </w:tcPr>
          <w:p w14:paraId="3AA5248F" w14:textId="77777777" w:rsidR="00C4229A" w:rsidRPr="008A4F0D" w:rsidRDefault="00C4229A">
            <w:pPr>
              <w:spacing w:after="0"/>
              <w:rPr>
                <w:rFonts w:ascii="Times New Roman" w:hAnsi="Times New Roman" w:cs="Times New Roman"/>
              </w:rPr>
            </w:pPr>
          </w:p>
        </w:tc>
      </w:tr>
      <w:tr w:rsidR="00C4229A" w:rsidRPr="008A4F0D" w14:paraId="312158A6" w14:textId="77777777">
        <w:trPr>
          <w:jc w:val="center"/>
        </w:trPr>
        <w:tc>
          <w:tcPr>
            <w:tcW w:w="3515" w:type="dxa"/>
            <w:tcBorders>
              <w:top w:val="single" w:sz="6" w:space="0" w:color="A6A6A6"/>
              <w:left w:val="single" w:sz="6" w:space="0" w:color="A6A6A6"/>
              <w:bottom w:val="single" w:sz="6" w:space="0" w:color="A6A6A6"/>
              <w:right w:val="single" w:sz="6" w:space="0" w:color="A6A6A6"/>
            </w:tcBorders>
            <w:tcMar>
              <w:top w:w="80" w:type="dxa"/>
              <w:left w:w="100" w:type="dxa"/>
              <w:bottom w:w="80" w:type="dxa"/>
              <w:right w:w="100" w:type="dxa"/>
            </w:tcMar>
            <w:vAlign w:val="center"/>
          </w:tcPr>
          <w:p w14:paraId="5CFC4D5E" w14:textId="77777777" w:rsidR="00C4229A" w:rsidRPr="008A4F0D" w:rsidRDefault="006E22AE">
            <w:pPr>
              <w:spacing w:after="0"/>
              <w:rPr>
                <w:rFonts w:ascii="Times New Roman" w:hAnsi="Times New Roman" w:cs="Times New Roman"/>
              </w:rPr>
            </w:pPr>
            <w:r w:rsidRPr="008A4F0D">
              <w:rPr>
                <w:rFonts w:ascii="Times New Roman" w:hAnsi="Times New Roman" w:cs="Times New Roman"/>
                <w:b/>
              </w:rPr>
              <w:t>Konsultāciju sniegšanas periods</w:t>
            </w:r>
          </w:p>
        </w:tc>
        <w:tc>
          <w:tcPr>
            <w:tcW w:w="6803" w:type="dxa"/>
            <w:tcBorders>
              <w:top w:val="single" w:sz="6" w:space="0" w:color="A6A6A6"/>
              <w:left w:val="single" w:sz="6" w:space="0" w:color="A6A6A6"/>
              <w:bottom w:val="single" w:sz="6" w:space="0" w:color="A6A6A6"/>
              <w:right w:val="single" w:sz="6" w:space="0" w:color="A6A6A6"/>
            </w:tcBorders>
            <w:tcMar>
              <w:top w:w="80" w:type="dxa"/>
              <w:left w:w="100" w:type="dxa"/>
              <w:bottom w:w="80" w:type="dxa"/>
              <w:right w:w="100" w:type="dxa"/>
            </w:tcMar>
            <w:vAlign w:val="center"/>
          </w:tcPr>
          <w:p w14:paraId="563101DD" w14:textId="77777777" w:rsidR="00C4229A" w:rsidRPr="008A4F0D" w:rsidRDefault="00C4229A">
            <w:pPr>
              <w:spacing w:after="0"/>
              <w:rPr>
                <w:rFonts w:ascii="Times New Roman" w:hAnsi="Times New Roman" w:cs="Times New Roman"/>
              </w:rPr>
            </w:pPr>
          </w:p>
        </w:tc>
      </w:tr>
    </w:tbl>
    <w:p w14:paraId="67529837" w14:textId="77777777" w:rsidR="00C4229A" w:rsidRPr="008A4F0D" w:rsidRDefault="006E22AE">
      <w:pPr>
        <w:keepNext/>
        <w:spacing w:before="160" w:after="80"/>
        <w:rPr>
          <w:rFonts w:ascii="Times New Roman" w:hAnsi="Times New Roman" w:cs="Times New Roman"/>
        </w:rPr>
      </w:pPr>
      <w:r w:rsidRPr="008A4F0D">
        <w:rPr>
          <w:rFonts w:ascii="Times New Roman" w:hAnsi="Times New Roman" w:cs="Times New Roman"/>
          <w:b/>
          <w:color w:val="2F541F"/>
          <w:sz w:val="22"/>
        </w:rPr>
        <w:t>8. Pievienotie dokumenti</w:t>
      </w:r>
    </w:p>
    <w:p w14:paraId="66A673DC" w14:textId="77777777" w:rsidR="00C4229A" w:rsidRPr="008A4F0D" w:rsidRDefault="006E22AE">
      <w:pPr>
        <w:spacing w:after="40"/>
        <w:ind w:left="113"/>
        <w:rPr>
          <w:rFonts w:ascii="Times New Roman" w:hAnsi="Times New Roman" w:cs="Times New Roman"/>
        </w:rPr>
      </w:pPr>
      <w:r w:rsidRPr="008A4F0D">
        <w:rPr>
          <w:rFonts w:ascii="Segoe UI Symbol" w:hAnsi="Segoe UI Symbol" w:cs="Segoe UI Symbol"/>
        </w:rPr>
        <w:t>☐</w:t>
      </w:r>
      <w:r w:rsidRPr="008A4F0D">
        <w:rPr>
          <w:rFonts w:ascii="Times New Roman" w:hAnsi="Times New Roman" w:cs="Times New Roman"/>
        </w:rPr>
        <w:t xml:space="preserve"> Sertificējamo meža apsaimniekošanas vienību / teritoriju saraksts (ja nepieciešams)</w:t>
      </w:r>
    </w:p>
    <w:p w14:paraId="1AB79EC2" w14:textId="77777777" w:rsidR="00C4229A" w:rsidRPr="008A4F0D" w:rsidRDefault="006E22AE">
      <w:pPr>
        <w:spacing w:after="40"/>
        <w:ind w:left="113"/>
        <w:rPr>
          <w:rFonts w:ascii="Times New Roman" w:hAnsi="Times New Roman" w:cs="Times New Roman"/>
        </w:rPr>
      </w:pPr>
      <w:r w:rsidRPr="008A4F0D">
        <w:rPr>
          <w:rFonts w:ascii="Segoe UI Symbol" w:hAnsi="Segoe UI Symbol" w:cs="Segoe UI Symbol"/>
        </w:rPr>
        <w:t>☐</w:t>
      </w:r>
      <w:r w:rsidRPr="008A4F0D">
        <w:rPr>
          <w:rFonts w:ascii="Times New Roman" w:hAnsi="Times New Roman" w:cs="Times New Roman"/>
        </w:rPr>
        <w:t xml:space="preserve"> Grupas dalībnieku un sertificējamo platību saraksts (grupas sertifikācijas gadījumā)</w:t>
      </w:r>
    </w:p>
    <w:p w14:paraId="1152382B" w14:textId="77777777" w:rsidR="00C4229A" w:rsidRPr="008A4F0D" w:rsidRDefault="006E22AE">
      <w:pPr>
        <w:spacing w:after="40"/>
        <w:ind w:left="113"/>
        <w:rPr>
          <w:rFonts w:ascii="Times New Roman" w:hAnsi="Times New Roman" w:cs="Times New Roman"/>
        </w:rPr>
      </w:pPr>
      <w:r w:rsidRPr="008A4F0D">
        <w:rPr>
          <w:rFonts w:ascii="Segoe UI Symbol" w:hAnsi="Segoe UI Symbol" w:cs="Segoe UI Symbol"/>
        </w:rPr>
        <w:t>☐</w:t>
      </w:r>
      <w:r w:rsidRPr="008A4F0D">
        <w:rPr>
          <w:rFonts w:ascii="Times New Roman" w:hAnsi="Times New Roman" w:cs="Times New Roman"/>
        </w:rPr>
        <w:t xml:space="preserve"> Iepriekšējā PEFC meža apsaimniekošanas sertifikāta kopija (ja attiecināms)</w:t>
      </w:r>
    </w:p>
    <w:p w14:paraId="1A418C3C" w14:textId="77777777" w:rsidR="00C4229A" w:rsidRPr="008A4F0D" w:rsidRDefault="006E22AE">
      <w:pPr>
        <w:spacing w:after="40"/>
        <w:ind w:left="113"/>
        <w:rPr>
          <w:rFonts w:ascii="Times New Roman" w:hAnsi="Times New Roman" w:cs="Times New Roman"/>
        </w:rPr>
      </w:pPr>
      <w:r w:rsidRPr="008A4F0D">
        <w:rPr>
          <w:rFonts w:ascii="Segoe UI Symbol" w:hAnsi="Segoe UI Symbol" w:cs="Segoe UI Symbol"/>
        </w:rPr>
        <w:t>☐</w:t>
      </w:r>
      <w:r w:rsidRPr="008A4F0D">
        <w:rPr>
          <w:rFonts w:ascii="Times New Roman" w:hAnsi="Times New Roman" w:cs="Times New Roman"/>
        </w:rPr>
        <w:t xml:space="preserve"> Pilnvara / pārstāvības dokuments (ja pieteikumu paraksta pilnvarota persona)</w:t>
      </w:r>
    </w:p>
    <w:p w14:paraId="5FAD9FA1" w14:textId="77777777" w:rsidR="00C4229A" w:rsidRPr="008A4F0D" w:rsidRDefault="006E22AE">
      <w:pPr>
        <w:spacing w:after="40"/>
        <w:ind w:left="113"/>
        <w:rPr>
          <w:rFonts w:ascii="Times New Roman" w:hAnsi="Times New Roman" w:cs="Times New Roman"/>
        </w:rPr>
      </w:pPr>
      <w:r w:rsidRPr="008A4F0D">
        <w:rPr>
          <w:rFonts w:ascii="Segoe UI Symbol" w:hAnsi="Segoe UI Symbol" w:cs="Segoe UI Symbol"/>
        </w:rPr>
        <w:t>☐</w:t>
      </w:r>
      <w:r w:rsidRPr="008A4F0D">
        <w:rPr>
          <w:rFonts w:ascii="Times New Roman" w:hAnsi="Times New Roman" w:cs="Times New Roman"/>
        </w:rPr>
        <w:t xml:space="preserve"> Citi dokumenti: ________________________________________________</w:t>
      </w:r>
    </w:p>
    <w:p w14:paraId="22D1C86B" w14:textId="77777777" w:rsidR="00C4229A" w:rsidRPr="008A4F0D" w:rsidRDefault="006E22AE">
      <w:pPr>
        <w:keepNext/>
        <w:spacing w:before="160" w:after="80"/>
        <w:rPr>
          <w:rFonts w:ascii="Times New Roman" w:hAnsi="Times New Roman" w:cs="Times New Roman"/>
        </w:rPr>
      </w:pPr>
      <w:r w:rsidRPr="008A4F0D">
        <w:rPr>
          <w:rFonts w:ascii="Times New Roman" w:hAnsi="Times New Roman" w:cs="Times New Roman"/>
          <w:b/>
          <w:color w:val="2F541F"/>
          <w:sz w:val="22"/>
        </w:rPr>
        <w:t>9. Pieteikuma iesniedzēja apliecinājums</w:t>
      </w:r>
    </w:p>
    <w:p w14:paraId="65027E0C" w14:textId="77777777" w:rsidR="00C4229A" w:rsidRPr="008A4F0D" w:rsidRDefault="006E22AE">
      <w:pPr>
        <w:spacing w:after="160"/>
        <w:rPr>
          <w:rFonts w:ascii="Times New Roman" w:hAnsi="Times New Roman" w:cs="Times New Roman"/>
        </w:rPr>
      </w:pPr>
      <w:r w:rsidRPr="008A4F0D">
        <w:rPr>
          <w:rFonts w:ascii="Times New Roman" w:hAnsi="Times New Roman" w:cs="Times New Roman"/>
        </w:rPr>
        <w:t>Apliecinu, ka pieteikumā un tā pielikumos sniegtā informācija ir patiesa, pilnīga un aktuāla. Apņemos informēt VIDES KVALITĀTE par būtiskām izmaiņām sniegtajā informācijā, kas var ietekmēt sertifikācijas darbības jomu vai sertifikācijas procesa plānošanu. Esmu informēts, ka pieteikuma iesniegšana pati par sevi nenozīmē sertifikācijas piešķiršanu; sertifikācija tiek piešķirta tikai pēc piemērojamo sertifikācijas prasību izpildes un pozitīva sertifikācijas lēmuma.</w:t>
      </w:r>
    </w:p>
    <w:tbl>
      <w:tblPr>
        <w:tblW w:w="0" w:type="auto"/>
        <w:jc w:val="center"/>
        <w:tblLayout w:type="fixed"/>
        <w:tblLook w:val="04A0" w:firstRow="1" w:lastRow="0" w:firstColumn="1" w:lastColumn="0" w:noHBand="0" w:noVBand="1"/>
      </w:tblPr>
      <w:tblGrid>
        <w:gridCol w:w="1701"/>
        <w:gridCol w:w="3402"/>
        <w:gridCol w:w="1701"/>
        <w:gridCol w:w="3515"/>
      </w:tblGrid>
      <w:tr w:rsidR="00C4229A" w:rsidRPr="008A4F0D" w14:paraId="70C5DC75" w14:textId="77777777">
        <w:trPr>
          <w:jc w:val="center"/>
        </w:trPr>
        <w:tc>
          <w:tcPr>
            <w:tcW w:w="1701" w:type="dxa"/>
            <w:tcBorders>
              <w:top w:val="single" w:sz="6" w:space="0" w:color="A6A6A6"/>
              <w:left w:val="single" w:sz="6" w:space="0" w:color="A6A6A6"/>
              <w:bottom w:val="single" w:sz="6" w:space="0" w:color="A6A6A6"/>
              <w:right w:val="single" w:sz="6" w:space="0" w:color="A6A6A6"/>
            </w:tcBorders>
            <w:tcMar>
              <w:top w:w="80" w:type="dxa"/>
              <w:left w:w="100" w:type="dxa"/>
              <w:bottom w:w="80" w:type="dxa"/>
              <w:right w:w="100" w:type="dxa"/>
            </w:tcMar>
            <w:vAlign w:val="center"/>
          </w:tcPr>
          <w:p w14:paraId="2BAA6FA6" w14:textId="77777777" w:rsidR="00C4229A" w:rsidRPr="008A4F0D" w:rsidRDefault="006E22AE">
            <w:pPr>
              <w:spacing w:after="0"/>
              <w:rPr>
                <w:rFonts w:ascii="Times New Roman" w:hAnsi="Times New Roman" w:cs="Times New Roman"/>
              </w:rPr>
            </w:pPr>
            <w:r w:rsidRPr="008A4F0D">
              <w:rPr>
                <w:rFonts w:ascii="Times New Roman" w:hAnsi="Times New Roman" w:cs="Times New Roman"/>
                <w:b/>
              </w:rPr>
              <w:t>Vieta</w:t>
            </w:r>
          </w:p>
        </w:tc>
        <w:tc>
          <w:tcPr>
            <w:tcW w:w="3402" w:type="dxa"/>
            <w:tcBorders>
              <w:top w:val="single" w:sz="6" w:space="0" w:color="A6A6A6"/>
              <w:left w:val="single" w:sz="6" w:space="0" w:color="A6A6A6"/>
              <w:bottom w:val="single" w:sz="6" w:space="0" w:color="A6A6A6"/>
              <w:right w:val="single" w:sz="6" w:space="0" w:color="A6A6A6"/>
            </w:tcBorders>
            <w:tcMar>
              <w:top w:w="80" w:type="dxa"/>
              <w:left w:w="100" w:type="dxa"/>
              <w:bottom w:w="80" w:type="dxa"/>
              <w:right w:w="100" w:type="dxa"/>
            </w:tcMar>
            <w:vAlign w:val="center"/>
          </w:tcPr>
          <w:p w14:paraId="4489EC40" w14:textId="77777777" w:rsidR="00C4229A" w:rsidRPr="008A4F0D" w:rsidRDefault="00C4229A">
            <w:pPr>
              <w:spacing w:after="0"/>
              <w:rPr>
                <w:rFonts w:ascii="Times New Roman" w:hAnsi="Times New Roman" w:cs="Times New Roman"/>
              </w:rPr>
            </w:pPr>
          </w:p>
        </w:tc>
        <w:tc>
          <w:tcPr>
            <w:tcW w:w="1701" w:type="dxa"/>
            <w:tcBorders>
              <w:top w:val="single" w:sz="6" w:space="0" w:color="A6A6A6"/>
              <w:left w:val="single" w:sz="6" w:space="0" w:color="A6A6A6"/>
              <w:bottom w:val="single" w:sz="6" w:space="0" w:color="A6A6A6"/>
              <w:right w:val="single" w:sz="6" w:space="0" w:color="A6A6A6"/>
            </w:tcBorders>
            <w:tcMar>
              <w:top w:w="80" w:type="dxa"/>
              <w:left w:w="100" w:type="dxa"/>
              <w:bottom w:w="80" w:type="dxa"/>
              <w:right w:w="100" w:type="dxa"/>
            </w:tcMar>
            <w:vAlign w:val="center"/>
          </w:tcPr>
          <w:p w14:paraId="7A392EE2" w14:textId="77777777" w:rsidR="00C4229A" w:rsidRPr="008A4F0D" w:rsidRDefault="006E22AE">
            <w:pPr>
              <w:spacing w:after="0"/>
              <w:rPr>
                <w:rFonts w:ascii="Times New Roman" w:hAnsi="Times New Roman" w:cs="Times New Roman"/>
              </w:rPr>
            </w:pPr>
            <w:r w:rsidRPr="008A4F0D">
              <w:rPr>
                <w:rFonts w:ascii="Times New Roman" w:hAnsi="Times New Roman" w:cs="Times New Roman"/>
                <w:b/>
              </w:rPr>
              <w:t>Datums</w:t>
            </w:r>
          </w:p>
        </w:tc>
        <w:tc>
          <w:tcPr>
            <w:tcW w:w="3515" w:type="dxa"/>
            <w:tcBorders>
              <w:top w:val="single" w:sz="6" w:space="0" w:color="A6A6A6"/>
              <w:left w:val="single" w:sz="6" w:space="0" w:color="A6A6A6"/>
              <w:bottom w:val="single" w:sz="6" w:space="0" w:color="A6A6A6"/>
              <w:right w:val="single" w:sz="6" w:space="0" w:color="A6A6A6"/>
            </w:tcBorders>
            <w:tcMar>
              <w:top w:w="80" w:type="dxa"/>
              <w:left w:w="100" w:type="dxa"/>
              <w:bottom w:w="80" w:type="dxa"/>
              <w:right w:w="100" w:type="dxa"/>
            </w:tcMar>
            <w:vAlign w:val="center"/>
          </w:tcPr>
          <w:p w14:paraId="7EC899EC" w14:textId="77777777" w:rsidR="00C4229A" w:rsidRPr="008A4F0D" w:rsidRDefault="00C4229A">
            <w:pPr>
              <w:spacing w:after="0"/>
              <w:rPr>
                <w:rFonts w:ascii="Times New Roman" w:hAnsi="Times New Roman" w:cs="Times New Roman"/>
              </w:rPr>
            </w:pPr>
          </w:p>
        </w:tc>
      </w:tr>
      <w:tr w:rsidR="00C4229A" w:rsidRPr="008A4F0D" w14:paraId="3C81C74B" w14:textId="77777777">
        <w:trPr>
          <w:jc w:val="center"/>
        </w:trPr>
        <w:tc>
          <w:tcPr>
            <w:tcW w:w="1701" w:type="dxa"/>
            <w:tcBorders>
              <w:top w:val="single" w:sz="6" w:space="0" w:color="A6A6A6"/>
              <w:left w:val="single" w:sz="6" w:space="0" w:color="A6A6A6"/>
              <w:bottom w:val="single" w:sz="6" w:space="0" w:color="A6A6A6"/>
              <w:right w:val="single" w:sz="6" w:space="0" w:color="A6A6A6"/>
            </w:tcBorders>
            <w:tcMar>
              <w:top w:w="80" w:type="dxa"/>
              <w:left w:w="100" w:type="dxa"/>
              <w:bottom w:w="80" w:type="dxa"/>
              <w:right w:w="100" w:type="dxa"/>
            </w:tcMar>
            <w:vAlign w:val="center"/>
          </w:tcPr>
          <w:p w14:paraId="71A759BB" w14:textId="77777777" w:rsidR="00C4229A" w:rsidRPr="008A4F0D" w:rsidRDefault="006E22AE">
            <w:pPr>
              <w:spacing w:after="0"/>
              <w:rPr>
                <w:rFonts w:ascii="Times New Roman" w:hAnsi="Times New Roman" w:cs="Times New Roman"/>
              </w:rPr>
            </w:pPr>
            <w:r w:rsidRPr="008A4F0D">
              <w:rPr>
                <w:rFonts w:ascii="Times New Roman" w:hAnsi="Times New Roman" w:cs="Times New Roman"/>
                <w:b/>
              </w:rPr>
              <w:t>Vārds, uzvārds</w:t>
            </w:r>
          </w:p>
        </w:tc>
        <w:tc>
          <w:tcPr>
            <w:tcW w:w="3515" w:type="dxa"/>
            <w:gridSpan w:val="3"/>
            <w:tcBorders>
              <w:top w:val="single" w:sz="6" w:space="0" w:color="A6A6A6"/>
              <w:left w:val="single" w:sz="6" w:space="0" w:color="A6A6A6"/>
              <w:bottom w:val="single" w:sz="6" w:space="0" w:color="A6A6A6"/>
              <w:right w:val="single" w:sz="6" w:space="0" w:color="A6A6A6"/>
            </w:tcBorders>
            <w:tcMar>
              <w:top w:w="80" w:type="dxa"/>
              <w:left w:w="100" w:type="dxa"/>
              <w:bottom w:w="80" w:type="dxa"/>
              <w:right w:w="100" w:type="dxa"/>
            </w:tcMar>
            <w:vAlign w:val="center"/>
          </w:tcPr>
          <w:p w14:paraId="3C2A440F" w14:textId="77777777" w:rsidR="00C4229A" w:rsidRPr="008A4F0D" w:rsidRDefault="00C4229A">
            <w:pPr>
              <w:spacing w:after="0"/>
              <w:rPr>
                <w:rFonts w:ascii="Times New Roman" w:hAnsi="Times New Roman" w:cs="Times New Roman"/>
              </w:rPr>
            </w:pPr>
          </w:p>
        </w:tc>
      </w:tr>
      <w:tr w:rsidR="00C4229A" w:rsidRPr="008A4F0D" w14:paraId="113CFDD4" w14:textId="77777777">
        <w:trPr>
          <w:jc w:val="center"/>
        </w:trPr>
        <w:tc>
          <w:tcPr>
            <w:tcW w:w="1701" w:type="dxa"/>
            <w:tcBorders>
              <w:top w:val="single" w:sz="6" w:space="0" w:color="A6A6A6"/>
              <w:left w:val="single" w:sz="6" w:space="0" w:color="A6A6A6"/>
              <w:bottom w:val="single" w:sz="6" w:space="0" w:color="A6A6A6"/>
              <w:right w:val="single" w:sz="6" w:space="0" w:color="A6A6A6"/>
            </w:tcBorders>
            <w:tcMar>
              <w:top w:w="80" w:type="dxa"/>
              <w:left w:w="100" w:type="dxa"/>
              <w:bottom w:w="80" w:type="dxa"/>
              <w:right w:w="100" w:type="dxa"/>
            </w:tcMar>
            <w:vAlign w:val="center"/>
          </w:tcPr>
          <w:p w14:paraId="59C76BE6" w14:textId="77777777" w:rsidR="00C4229A" w:rsidRPr="008A4F0D" w:rsidRDefault="006E22AE">
            <w:pPr>
              <w:spacing w:after="0"/>
              <w:rPr>
                <w:rFonts w:ascii="Times New Roman" w:hAnsi="Times New Roman" w:cs="Times New Roman"/>
              </w:rPr>
            </w:pPr>
            <w:r w:rsidRPr="008A4F0D">
              <w:rPr>
                <w:rFonts w:ascii="Times New Roman" w:hAnsi="Times New Roman" w:cs="Times New Roman"/>
                <w:b/>
              </w:rPr>
              <w:t>Paraksts</w:t>
            </w:r>
          </w:p>
        </w:tc>
        <w:tc>
          <w:tcPr>
            <w:tcW w:w="3515" w:type="dxa"/>
            <w:gridSpan w:val="3"/>
            <w:tcBorders>
              <w:top w:val="single" w:sz="6" w:space="0" w:color="A6A6A6"/>
              <w:left w:val="single" w:sz="6" w:space="0" w:color="A6A6A6"/>
              <w:bottom w:val="single" w:sz="6" w:space="0" w:color="A6A6A6"/>
              <w:right w:val="single" w:sz="6" w:space="0" w:color="A6A6A6"/>
            </w:tcBorders>
            <w:tcMar>
              <w:top w:w="80" w:type="dxa"/>
              <w:left w:w="100" w:type="dxa"/>
              <w:bottom w:w="80" w:type="dxa"/>
              <w:right w:w="100" w:type="dxa"/>
            </w:tcMar>
            <w:vAlign w:val="center"/>
          </w:tcPr>
          <w:p w14:paraId="528346B9" w14:textId="77777777" w:rsidR="00C4229A" w:rsidRPr="008A4F0D" w:rsidRDefault="00C4229A">
            <w:pPr>
              <w:spacing w:after="0"/>
              <w:rPr>
                <w:rFonts w:ascii="Times New Roman" w:hAnsi="Times New Roman" w:cs="Times New Roman"/>
              </w:rPr>
            </w:pPr>
          </w:p>
        </w:tc>
      </w:tr>
    </w:tbl>
    <w:p w14:paraId="6BE26097" w14:textId="77777777" w:rsidR="00C4229A" w:rsidRPr="008A4F0D" w:rsidRDefault="006E22AE">
      <w:pPr>
        <w:rPr>
          <w:rFonts w:ascii="Times New Roman" w:hAnsi="Times New Roman" w:cs="Times New Roman"/>
        </w:rPr>
      </w:pPr>
      <w:r w:rsidRPr="008A4F0D">
        <w:rPr>
          <w:rFonts w:ascii="Times New Roman" w:hAnsi="Times New Roman" w:cs="Times New Roman"/>
        </w:rPr>
        <w:br w:type="page"/>
      </w:r>
    </w:p>
    <w:p w14:paraId="66A071FF" w14:textId="77777777" w:rsidR="00C4229A" w:rsidRPr="008A4F0D" w:rsidRDefault="006E22AE">
      <w:pPr>
        <w:keepNext/>
        <w:spacing w:before="160" w:after="80"/>
        <w:rPr>
          <w:rFonts w:ascii="Times New Roman" w:hAnsi="Times New Roman" w:cs="Times New Roman"/>
        </w:rPr>
      </w:pPr>
      <w:r w:rsidRPr="008A4F0D">
        <w:rPr>
          <w:rFonts w:ascii="Times New Roman" w:hAnsi="Times New Roman" w:cs="Times New Roman"/>
          <w:b/>
          <w:color w:val="2F541F"/>
          <w:sz w:val="22"/>
        </w:rPr>
        <w:lastRenderedPageBreak/>
        <w:t>10. Pieteikuma izskatīšana (aizpilda VIDES KVALITĀTE)</w:t>
      </w:r>
    </w:p>
    <w:p w14:paraId="34422844" w14:textId="77777777" w:rsidR="00C4229A" w:rsidRPr="008A4F0D" w:rsidRDefault="006E22AE">
      <w:pPr>
        <w:spacing w:after="80"/>
        <w:rPr>
          <w:rFonts w:ascii="Times New Roman" w:hAnsi="Times New Roman" w:cs="Times New Roman"/>
        </w:rPr>
      </w:pPr>
      <w:r w:rsidRPr="008A4F0D">
        <w:rPr>
          <w:rFonts w:ascii="Times New Roman" w:hAnsi="Times New Roman" w:cs="Times New Roman"/>
          <w:i/>
          <w:color w:val="5A5A5A"/>
          <w:sz w:val="17"/>
        </w:rPr>
        <w:t>Pieteikumu izskata Meža programmas vadītājs saskaņā ar PROC 01 “PEFC meža apsaimniekošanas sertifikācijas procedūra”.</w:t>
      </w:r>
    </w:p>
    <w:tbl>
      <w:tblPr>
        <w:tblW w:w="0" w:type="auto"/>
        <w:jc w:val="center"/>
        <w:tblLayout w:type="fixed"/>
        <w:tblLook w:val="04A0" w:firstRow="1" w:lastRow="0" w:firstColumn="1" w:lastColumn="0" w:noHBand="0" w:noVBand="1"/>
      </w:tblPr>
      <w:tblGrid>
        <w:gridCol w:w="4706"/>
        <w:gridCol w:w="5613"/>
      </w:tblGrid>
      <w:tr w:rsidR="00C4229A" w:rsidRPr="008A4F0D" w14:paraId="60FA3C2E" w14:textId="77777777">
        <w:trPr>
          <w:jc w:val="center"/>
        </w:trPr>
        <w:tc>
          <w:tcPr>
            <w:tcW w:w="4706" w:type="dxa"/>
            <w:tcBorders>
              <w:top w:val="single" w:sz="6" w:space="0" w:color="A6A6A6"/>
              <w:left w:val="single" w:sz="6" w:space="0" w:color="A6A6A6"/>
              <w:bottom w:val="single" w:sz="6" w:space="0" w:color="A6A6A6"/>
              <w:right w:val="single" w:sz="6" w:space="0" w:color="A6A6A6"/>
            </w:tcBorders>
            <w:tcMar>
              <w:top w:w="80" w:type="dxa"/>
              <w:left w:w="100" w:type="dxa"/>
              <w:bottom w:w="80" w:type="dxa"/>
              <w:right w:w="100" w:type="dxa"/>
            </w:tcMar>
            <w:vAlign w:val="center"/>
          </w:tcPr>
          <w:p w14:paraId="690F905E" w14:textId="77777777" w:rsidR="00C4229A" w:rsidRPr="008A4F0D" w:rsidRDefault="006E22AE">
            <w:pPr>
              <w:spacing w:after="0"/>
              <w:rPr>
                <w:rFonts w:ascii="Times New Roman" w:hAnsi="Times New Roman" w:cs="Times New Roman"/>
              </w:rPr>
            </w:pPr>
            <w:r w:rsidRPr="008A4F0D">
              <w:rPr>
                <w:rFonts w:ascii="Times New Roman" w:hAnsi="Times New Roman" w:cs="Times New Roman"/>
                <w:b/>
              </w:rPr>
              <w:t>Pieteikuma saņemšanas datums</w:t>
            </w:r>
          </w:p>
        </w:tc>
        <w:tc>
          <w:tcPr>
            <w:tcW w:w="5613" w:type="dxa"/>
            <w:tcBorders>
              <w:top w:val="single" w:sz="6" w:space="0" w:color="A6A6A6"/>
              <w:left w:val="single" w:sz="6" w:space="0" w:color="A6A6A6"/>
              <w:bottom w:val="single" w:sz="6" w:space="0" w:color="A6A6A6"/>
              <w:right w:val="single" w:sz="6" w:space="0" w:color="A6A6A6"/>
            </w:tcBorders>
            <w:tcMar>
              <w:top w:w="80" w:type="dxa"/>
              <w:left w:w="100" w:type="dxa"/>
              <w:bottom w:w="80" w:type="dxa"/>
              <w:right w:w="100" w:type="dxa"/>
            </w:tcMar>
            <w:vAlign w:val="center"/>
          </w:tcPr>
          <w:p w14:paraId="152253EC" w14:textId="77777777" w:rsidR="00C4229A" w:rsidRPr="008A4F0D" w:rsidRDefault="00C4229A">
            <w:pPr>
              <w:spacing w:after="0"/>
              <w:rPr>
                <w:rFonts w:ascii="Times New Roman" w:hAnsi="Times New Roman" w:cs="Times New Roman"/>
              </w:rPr>
            </w:pPr>
          </w:p>
        </w:tc>
      </w:tr>
      <w:tr w:rsidR="00C4229A" w:rsidRPr="008A4F0D" w14:paraId="42491F8D" w14:textId="77777777">
        <w:trPr>
          <w:jc w:val="center"/>
        </w:trPr>
        <w:tc>
          <w:tcPr>
            <w:tcW w:w="4706" w:type="dxa"/>
            <w:tcBorders>
              <w:top w:val="single" w:sz="6" w:space="0" w:color="A6A6A6"/>
              <w:left w:val="single" w:sz="6" w:space="0" w:color="A6A6A6"/>
              <w:bottom w:val="single" w:sz="6" w:space="0" w:color="A6A6A6"/>
              <w:right w:val="single" w:sz="6" w:space="0" w:color="A6A6A6"/>
            </w:tcBorders>
            <w:tcMar>
              <w:top w:w="80" w:type="dxa"/>
              <w:left w:w="100" w:type="dxa"/>
              <w:bottom w:w="80" w:type="dxa"/>
              <w:right w:w="100" w:type="dxa"/>
            </w:tcMar>
            <w:vAlign w:val="center"/>
          </w:tcPr>
          <w:p w14:paraId="7AE39A6E" w14:textId="77777777" w:rsidR="00C4229A" w:rsidRPr="008A4F0D" w:rsidRDefault="006E22AE">
            <w:pPr>
              <w:spacing w:after="0"/>
              <w:rPr>
                <w:rFonts w:ascii="Times New Roman" w:hAnsi="Times New Roman" w:cs="Times New Roman"/>
              </w:rPr>
            </w:pPr>
            <w:r w:rsidRPr="008A4F0D">
              <w:rPr>
                <w:rFonts w:ascii="Times New Roman" w:hAnsi="Times New Roman" w:cs="Times New Roman"/>
                <w:b/>
              </w:rPr>
              <w:t>Pieteikuma reģistrācijas / lietas identifikācija</w:t>
            </w:r>
          </w:p>
        </w:tc>
        <w:tc>
          <w:tcPr>
            <w:tcW w:w="5613" w:type="dxa"/>
            <w:tcBorders>
              <w:top w:val="single" w:sz="6" w:space="0" w:color="A6A6A6"/>
              <w:left w:val="single" w:sz="6" w:space="0" w:color="A6A6A6"/>
              <w:bottom w:val="single" w:sz="6" w:space="0" w:color="A6A6A6"/>
              <w:right w:val="single" w:sz="6" w:space="0" w:color="A6A6A6"/>
            </w:tcBorders>
            <w:tcMar>
              <w:top w:w="80" w:type="dxa"/>
              <w:left w:w="100" w:type="dxa"/>
              <w:bottom w:w="80" w:type="dxa"/>
              <w:right w:w="100" w:type="dxa"/>
            </w:tcMar>
            <w:vAlign w:val="center"/>
          </w:tcPr>
          <w:p w14:paraId="08A8797B" w14:textId="77777777" w:rsidR="00C4229A" w:rsidRPr="008A4F0D" w:rsidRDefault="00C4229A">
            <w:pPr>
              <w:spacing w:after="0"/>
              <w:rPr>
                <w:rFonts w:ascii="Times New Roman" w:hAnsi="Times New Roman" w:cs="Times New Roman"/>
              </w:rPr>
            </w:pPr>
          </w:p>
        </w:tc>
      </w:tr>
      <w:tr w:rsidR="00C4229A" w:rsidRPr="008A4F0D" w14:paraId="2FE0CE1D" w14:textId="77777777">
        <w:trPr>
          <w:jc w:val="center"/>
        </w:trPr>
        <w:tc>
          <w:tcPr>
            <w:tcW w:w="4706" w:type="dxa"/>
            <w:tcBorders>
              <w:top w:val="single" w:sz="6" w:space="0" w:color="A6A6A6"/>
              <w:left w:val="single" w:sz="6" w:space="0" w:color="A6A6A6"/>
              <w:bottom w:val="single" w:sz="6" w:space="0" w:color="A6A6A6"/>
              <w:right w:val="single" w:sz="6" w:space="0" w:color="A6A6A6"/>
            </w:tcBorders>
            <w:tcMar>
              <w:top w:w="80" w:type="dxa"/>
              <w:left w:w="100" w:type="dxa"/>
              <w:bottom w:w="80" w:type="dxa"/>
              <w:right w:w="100" w:type="dxa"/>
            </w:tcMar>
            <w:vAlign w:val="center"/>
          </w:tcPr>
          <w:p w14:paraId="0A4C4316" w14:textId="77777777" w:rsidR="00C4229A" w:rsidRPr="008A4F0D" w:rsidRDefault="006E22AE">
            <w:pPr>
              <w:spacing w:after="0"/>
              <w:rPr>
                <w:rFonts w:ascii="Times New Roman" w:hAnsi="Times New Roman" w:cs="Times New Roman"/>
              </w:rPr>
            </w:pPr>
            <w:r w:rsidRPr="008A4F0D">
              <w:rPr>
                <w:rFonts w:ascii="Times New Roman" w:hAnsi="Times New Roman" w:cs="Times New Roman"/>
                <w:b/>
              </w:rPr>
              <w:t>Pieteiktā sertifikācijas darbības joma</w:t>
            </w:r>
          </w:p>
        </w:tc>
        <w:tc>
          <w:tcPr>
            <w:tcW w:w="5613" w:type="dxa"/>
            <w:tcBorders>
              <w:top w:val="single" w:sz="6" w:space="0" w:color="A6A6A6"/>
              <w:left w:val="single" w:sz="6" w:space="0" w:color="A6A6A6"/>
              <w:bottom w:val="single" w:sz="6" w:space="0" w:color="A6A6A6"/>
              <w:right w:val="single" w:sz="6" w:space="0" w:color="A6A6A6"/>
            </w:tcBorders>
            <w:tcMar>
              <w:top w:w="80" w:type="dxa"/>
              <w:left w:w="100" w:type="dxa"/>
              <w:bottom w:w="80" w:type="dxa"/>
              <w:right w:w="100" w:type="dxa"/>
            </w:tcMar>
            <w:vAlign w:val="center"/>
          </w:tcPr>
          <w:p w14:paraId="2AB654D2" w14:textId="77777777" w:rsidR="00C4229A" w:rsidRPr="008A4F0D" w:rsidRDefault="00C4229A">
            <w:pPr>
              <w:spacing w:after="0"/>
              <w:rPr>
                <w:rFonts w:ascii="Times New Roman" w:hAnsi="Times New Roman" w:cs="Times New Roman"/>
              </w:rPr>
            </w:pPr>
          </w:p>
        </w:tc>
      </w:tr>
      <w:tr w:rsidR="00C4229A" w:rsidRPr="008A4F0D" w14:paraId="1528AC8D" w14:textId="77777777">
        <w:trPr>
          <w:jc w:val="center"/>
        </w:trPr>
        <w:tc>
          <w:tcPr>
            <w:tcW w:w="4706" w:type="dxa"/>
            <w:tcBorders>
              <w:top w:val="single" w:sz="6" w:space="0" w:color="A6A6A6"/>
              <w:left w:val="single" w:sz="6" w:space="0" w:color="A6A6A6"/>
              <w:bottom w:val="single" w:sz="6" w:space="0" w:color="A6A6A6"/>
              <w:right w:val="single" w:sz="6" w:space="0" w:color="A6A6A6"/>
            </w:tcBorders>
            <w:tcMar>
              <w:top w:w="80" w:type="dxa"/>
              <w:left w:w="100" w:type="dxa"/>
              <w:bottom w:w="80" w:type="dxa"/>
              <w:right w:w="100" w:type="dxa"/>
            </w:tcMar>
            <w:vAlign w:val="center"/>
          </w:tcPr>
          <w:p w14:paraId="5E4FEF7F" w14:textId="77777777" w:rsidR="00C4229A" w:rsidRPr="008A4F0D" w:rsidRDefault="006E22AE">
            <w:pPr>
              <w:spacing w:after="0"/>
              <w:rPr>
                <w:rFonts w:ascii="Times New Roman" w:hAnsi="Times New Roman" w:cs="Times New Roman"/>
              </w:rPr>
            </w:pPr>
            <w:r w:rsidRPr="008A4F0D">
              <w:rPr>
                <w:rFonts w:ascii="Times New Roman" w:hAnsi="Times New Roman" w:cs="Times New Roman"/>
                <w:b/>
              </w:rPr>
              <w:t>Sertifikācijas veids</w:t>
            </w:r>
          </w:p>
        </w:tc>
        <w:tc>
          <w:tcPr>
            <w:tcW w:w="5613" w:type="dxa"/>
            <w:tcBorders>
              <w:top w:val="single" w:sz="6" w:space="0" w:color="A6A6A6"/>
              <w:left w:val="single" w:sz="6" w:space="0" w:color="A6A6A6"/>
              <w:bottom w:val="single" w:sz="6" w:space="0" w:color="A6A6A6"/>
              <w:right w:val="single" w:sz="6" w:space="0" w:color="A6A6A6"/>
            </w:tcBorders>
            <w:tcMar>
              <w:top w:w="80" w:type="dxa"/>
              <w:left w:w="100" w:type="dxa"/>
              <w:bottom w:w="80" w:type="dxa"/>
              <w:right w:w="100" w:type="dxa"/>
            </w:tcMar>
            <w:vAlign w:val="center"/>
          </w:tcPr>
          <w:p w14:paraId="3BA3C77C" w14:textId="77777777" w:rsidR="00C4229A" w:rsidRPr="008A4F0D" w:rsidRDefault="006E22AE">
            <w:pPr>
              <w:spacing w:after="0"/>
              <w:rPr>
                <w:rFonts w:ascii="Times New Roman" w:hAnsi="Times New Roman" w:cs="Times New Roman"/>
              </w:rPr>
            </w:pPr>
            <w:r w:rsidRPr="008A4F0D">
              <w:rPr>
                <w:rFonts w:ascii="Segoe UI Symbol" w:hAnsi="Segoe UI Symbol" w:cs="Segoe UI Symbol"/>
              </w:rPr>
              <w:t>☐</w:t>
            </w:r>
            <w:r w:rsidRPr="008A4F0D">
              <w:rPr>
                <w:rFonts w:ascii="Times New Roman" w:hAnsi="Times New Roman" w:cs="Times New Roman"/>
              </w:rPr>
              <w:t xml:space="preserve"> Individuālā    </w:t>
            </w:r>
            <w:r w:rsidRPr="008A4F0D">
              <w:rPr>
                <w:rFonts w:ascii="Segoe UI Symbol" w:hAnsi="Segoe UI Symbol" w:cs="Segoe UI Symbol"/>
              </w:rPr>
              <w:t>☐</w:t>
            </w:r>
            <w:r w:rsidRPr="008A4F0D">
              <w:rPr>
                <w:rFonts w:ascii="Times New Roman" w:hAnsi="Times New Roman" w:cs="Times New Roman"/>
              </w:rPr>
              <w:t xml:space="preserve"> Grupas</w:t>
            </w:r>
          </w:p>
        </w:tc>
      </w:tr>
      <w:tr w:rsidR="00C4229A" w:rsidRPr="008A4F0D" w14:paraId="203B70F2" w14:textId="77777777">
        <w:trPr>
          <w:jc w:val="center"/>
        </w:trPr>
        <w:tc>
          <w:tcPr>
            <w:tcW w:w="4706" w:type="dxa"/>
            <w:tcBorders>
              <w:top w:val="single" w:sz="6" w:space="0" w:color="A6A6A6"/>
              <w:left w:val="single" w:sz="6" w:space="0" w:color="A6A6A6"/>
              <w:bottom w:val="single" w:sz="6" w:space="0" w:color="A6A6A6"/>
              <w:right w:val="single" w:sz="6" w:space="0" w:color="A6A6A6"/>
            </w:tcBorders>
            <w:tcMar>
              <w:top w:w="80" w:type="dxa"/>
              <w:left w:w="100" w:type="dxa"/>
              <w:bottom w:w="80" w:type="dxa"/>
              <w:right w:w="100" w:type="dxa"/>
            </w:tcMar>
            <w:vAlign w:val="center"/>
          </w:tcPr>
          <w:p w14:paraId="54706228" w14:textId="77777777" w:rsidR="00C4229A" w:rsidRPr="008A4F0D" w:rsidRDefault="006E22AE">
            <w:pPr>
              <w:spacing w:after="0"/>
              <w:rPr>
                <w:rFonts w:ascii="Times New Roman" w:hAnsi="Times New Roman" w:cs="Times New Roman"/>
              </w:rPr>
            </w:pPr>
            <w:r w:rsidRPr="008A4F0D">
              <w:rPr>
                <w:rFonts w:ascii="Times New Roman" w:hAnsi="Times New Roman" w:cs="Times New Roman"/>
                <w:b/>
              </w:rPr>
              <w:t>Sertificēšanai pieteiktā platība</w:t>
            </w:r>
          </w:p>
        </w:tc>
        <w:tc>
          <w:tcPr>
            <w:tcW w:w="5613" w:type="dxa"/>
            <w:tcBorders>
              <w:top w:val="single" w:sz="6" w:space="0" w:color="A6A6A6"/>
              <w:left w:val="single" w:sz="6" w:space="0" w:color="A6A6A6"/>
              <w:bottom w:val="single" w:sz="6" w:space="0" w:color="A6A6A6"/>
              <w:right w:val="single" w:sz="6" w:space="0" w:color="A6A6A6"/>
            </w:tcBorders>
            <w:tcMar>
              <w:top w:w="80" w:type="dxa"/>
              <w:left w:w="100" w:type="dxa"/>
              <w:bottom w:w="80" w:type="dxa"/>
              <w:right w:w="100" w:type="dxa"/>
            </w:tcMar>
            <w:vAlign w:val="center"/>
          </w:tcPr>
          <w:p w14:paraId="76727690" w14:textId="77777777" w:rsidR="00C4229A" w:rsidRPr="008A4F0D" w:rsidRDefault="006E22AE">
            <w:pPr>
              <w:spacing w:after="0"/>
              <w:rPr>
                <w:rFonts w:ascii="Times New Roman" w:hAnsi="Times New Roman" w:cs="Times New Roman"/>
              </w:rPr>
            </w:pPr>
            <w:r w:rsidRPr="008A4F0D">
              <w:rPr>
                <w:rFonts w:ascii="Times New Roman" w:hAnsi="Times New Roman" w:cs="Times New Roman"/>
              </w:rPr>
              <w:t>__________ ha</w:t>
            </w:r>
          </w:p>
        </w:tc>
      </w:tr>
      <w:tr w:rsidR="00C4229A" w:rsidRPr="008A4F0D" w14:paraId="12E3D7B4" w14:textId="77777777">
        <w:trPr>
          <w:jc w:val="center"/>
        </w:trPr>
        <w:tc>
          <w:tcPr>
            <w:tcW w:w="4706" w:type="dxa"/>
            <w:tcBorders>
              <w:top w:val="single" w:sz="6" w:space="0" w:color="A6A6A6"/>
              <w:left w:val="single" w:sz="6" w:space="0" w:color="A6A6A6"/>
              <w:bottom w:val="single" w:sz="6" w:space="0" w:color="A6A6A6"/>
              <w:right w:val="single" w:sz="6" w:space="0" w:color="A6A6A6"/>
            </w:tcBorders>
            <w:tcMar>
              <w:top w:w="80" w:type="dxa"/>
              <w:left w:w="100" w:type="dxa"/>
              <w:bottom w:w="80" w:type="dxa"/>
              <w:right w:w="100" w:type="dxa"/>
            </w:tcMar>
            <w:vAlign w:val="center"/>
          </w:tcPr>
          <w:p w14:paraId="2368A67E" w14:textId="77777777" w:rsidR="00C4229A" w:rsidRPr="008A4F0D" w:rsidRDefault="006E22AE">
            <w:pPr>
              <w:spacing w:after="0"/>
              <w:rPr>
                <w:rFonts w:ascii="Times New Roman" w:hAnsi="Times New Roman" w:cs="Times New Roman"/>
              </w:rPr>
            </w:pPr>
            <w:r w:rsidRPr="008A4F0D">
              <w:rPr>
                <w:rFonts w:ascii="Times New Roman" w:hAnsi="Times New Roman" w:cs="Times New Roman"/>
                <w:b/>
              </w:rPr>
              <w:t>Grupas dalībnieku skaits (ja piemērojams)</w:t>
            </w:r>
          </w:p>
        </w:tc>
        <w:tc>
          <w:tcPr>
            <w:tcW w:w="5613" w:type="dxa"/>
            <w:tcBorders>
              <w:top w:val="single" w:sz="6" w:space="0" w:color="A6A6A6"/>
              <w:left w:val="single" w:sz="6" w:space="0" w:color="A6A6A6"/>
              <w:bottom w:val="single" w:sz="6" w:space="0" w:color="A6A6A6"/>
              <w:right w:val="single" w:sz="6" w:space="0" w:color="A6A6A6"/>
            </w:tcBorders>
            <w:tcMar>
              <w:top w:w="80" w:type="dxa"/>
              <w:left w:w="100" w:type="dxa"/>
              <w:bottom w:w="80" w:type="dxa"/>
              <w:right w:w="100" w:type="dxa"/>
            </w:tcMar>
            <w:vAlign w:val="center"/>
          </w:tcPr>
          <w:p w14:paraId="00C7FA8E" w14:textId="77777777" w:rsidR="00C4229A" w:rsidRPr="008A4F0D" w:rsidRDefault="006E22AE">
            <w:pPr>
              <w:spacing w:after="0"/>
              <w:rPr>
                <w:rFonts w:ascii="Times New Roman" w:hAnsi="Times New Roman" w:cs="Times New Roman"/>
              </w:rPr>
            </w:pPr>
            <w:r w:rsidRPr="008A4F0D">
              <w:rPr>
                <w:rFonts w:ascii="Times New Roman" w:hAnsi="Times New Roman" w:cs="Times New Roman"/>
              </w:rPr>
              <w:t>__________</w:t>
            </w:r>
          </w:p>
        </w:tc>
      </w:tr>
      <w:tr w:rsidR="00C4229A" w:rsidRPr="008A4F0D" w14:paraId="471275E4" w14:textId="77777777">
        <w:trPr>
          <w:jc w:val="center"/>
        </w:trPr>
        <w:tc>
          <w:tcPr>
            <w:tcW w:w="4706" w:type="dxa"/>
            <w:tcBorders>
              <w:top w:val="single" w:sz="6" w:space="0" w:color="A6A6A6"/>
              <w:left w:val="single" w:sz="6" w:space="0" w:color="A6A6A6"/>
              <w:bottom w:val="single" w:sz="6" w:space="0" w:color="A6A6A6"/>
              <w:right w:val="single" w:sz="6" w:space="0" w:color="A6A6A6"/>
            </w:tcBorders>
            <w:tcMar>
              <w:top w:w="80" w:type="dxa"/>
              <w:left w:w="100" w:type="dxa"/>
              <w:bottom w:w="80" w:type="dxa"/>
              <w:right w:w="100" w:type="dxa"/>
            </w:tcMar>
            <w:vAlign w:val="center"/>
          </w:tcPr>
          <w:p w14:paraId="49D6DE1F" w14:textId="77777777" w:rsidR="00C4229A" w:rsidRPr="008A4F0D" w:rsidRDefault="006E22AE">
            <w:pPr>
              <w:spacing w:after="0"/>
              <w:rPr>
                <w:rFonts w:ascii="Times New Roman" w:hAnsi="Times New Roman" w:cs="Times New Roman"/>
              </w:rPr>
            </w:pPr>
            <w:r w:rsidRPr="008A4F0D">
              <w:rPr>
                <w:rFonts w:ascii="Times New Roman" w:hAnsi="Times New Roman" w:cs="Times New Roman"/>
                <w:b/>
              </w:rPr>
              <w:t>Vai informācija ir pietiekama audita laika un apjoma sākotnējai noteikšanai?</w:t>
            </w:r>
          </w:p>
        </w:tc>
        <w:tc>
          <w:tcPr>
            <w:tcW w:w="5613" w:type="dxa"/>
            <w:tcBorders>
              <w:top w:val="single" w:sz="6" w:space="0" w:color="A6A6A6"/>
              <w:left w:val="single" w:sz="6" w:space="0" w:color="A6A6A6"/>
              <w:bottom w:val="single" w:sz="6" w:space="0" w:color="A6A6A6"/>
              <w:right w:val="single" w:sz="6" w:space="0" w:color="A6A6A6"/>
            </w:tcBorders>
            <w:tcMar>
              <w:top w:w="80" w:type="dxa"/>
              <w:left w:w="100" w:type="dxa"/>
              <w:bottom w:w="80" w:type="dxa"/>
              <w:right w:w="100" w:type="dxa"/>
            </w:tcMar>
            <w:vAlign w:val="center"/>
          </w:tcPr>
          <w:p w14:paraId="53142669" w14:textId="77777777" w:rsidR="00C4229A" w:rsidRPr="008A4F0D" w:rsidRDefault="006E22AE">
            <w:pPr>
              <w:spacing w:after="0"/>
              <w:rPr>
                <w:rFonts w:ascii="Times New Roman" w:hAnsi="Times New Roman" w:cs="Times New Roman"/>
              </w:rPr>
            </w:pPr>
            <w:r w:rsidRPr="008A4F0D">
              <w:rPr>
                <w:rFonts w:ascii="Segoe UI Symbol" w:hAnsi="Segoe UI Symbol" w:cs="Segoe UI Symbol"/>
              </w:rPr>
              <w:t>☐</w:t>
            </w:r>
            <w:r w:rsidRPr="008A4F0D">
              <w:rPr>
                <w:rFonts w:ascii="Times New Roman" w:hAnsi="Times New Roman" w:cs="Times New Roman"/>
              </w:rPr>
              <w:t xml:space="preserve"> Jā    </w:t>
            </w:r>
            <w:r w:rsidRPr="008A4F0D">
              <w:rPr>
                <w:rFonts w:ascii="Segoe UI Symbol" w:hAnsi="Segoe UI Symbol" w:cs="Segoe UI Symbol"/>
              </w:rPr>
              <w:t>☐</w:t>
            </w:r>
            <w:r w:rsidRPr="008A4F0D">
              <w:rPr>
                <w:rFonts w:ascii="Times New Roman" w:hAnsi="Times New Roman" w:cs="Times New Roman"/>
              </w:rPr>
              <w:t xml:space="preserve"> Nē</w:t>
            </w:r>
          </w:p>
        </w:tc>
      </w:tr>
      <w:tr w:rsidR="00C4229A" w:rsidRPr="008A4F0D" w14:paraId="6498EFFB" w14:textId="77777777">
        <w:trPr>
          <w:jc w:val="center"/>
        </w:trPr>
        <w:tc>
          <w:tcPr>
            <w:tcW w:w="4706" w:type="dxa"/>
            <w:tcBorders>
              <w:top w:val="single" w:sz="6" w:space="0" w:color="A6A6A6"/>
              <w:left w:val="single" w:sz="6" w:space="0" w:color="A6A6A6"/>
              <w:bottom w:val="single" w:sz="6" w:space="0" w:color="A6A6A6"/>
              <w:right w:val="single" w:sz="6" w:space="0" w:color="A6A6A6"/>
            </w:tcBorders>
            <w:tcMar>
              <w:top w:w="80" w:type="dxa"/>
              <w:left w:w="100" w:type="dxa"/>
              <w:bottom w:w="80" w:type="dxa"/>
              <w:right w:w="100" w:type="dxa"/>
            </w:tcMar>
            <w:vAlign w:val="center"/>
          </w:tcPr>
          <w:p w14:paraId="2A418D50" w14:textId="77777777" w:rsidR="00C4229A" w:rsidRPr="008A4F0D" w:rsidRDefault="006E22AE">
            <w:pPr>
              <w:spacing w:after="0"/>
              <w:rPr>
                <w:rFonts w:ascii="Times New Roman" w:hAnsi="Times New Roman" w:cs="Times New Roman"/>
              </w:rPr>
            </w:pPr>
            <w:r w:rsidRPr="008A4F0D">
              <w:rPr>
                <w:rFonts w:ascii="Times New Roman" w:hAnsi="Times New Roman" w:cs="Times New Roman"/>
                <w:b/>
              </w:rPr>
              <w:t>Vai nepieciešama papildu informācija?</w:t>
            </w:r>
          </w:p>
        </w:tc>
        <w:tc>
          <w:tcPr>
            <w:tcW w:w="5613" w:type="dxa"/>
            <w:tcBorders>
              <w:top w:val="single" w:sz="6" w:space="0" w:color="A6A6A6"/>
              <w:left w:val="single" w:sz="6" w:space="0" w:color="A6A6A6"/>
              <w:bottom w:val="single" w:sz="6" w:space="0" w:color="A6A6A6"/>
              <w:right w:val="single" w:sz="6" w:space="0" w:color="A6A6A6"/>
            </w:tcBorders>
            <w:tcMar>
              <w:top w:w="80" w:type="dxa"/>
              <w:left w:w="100" w:type="dxa"/>
              <w:bottom w:w="80" w:type="dxa"/>
              <w:right w:w="100" w:type="dxa"/>
            </w:tcMar>
            <w:vAlign w:val="center"/>
          </w:tcPr>
          <w:p w14:paraId="2FD6F59A" w14:textId="77777777" w:rsidR="00C4229A" w:rsidRPr="008A4F0D" w:rsidRDefault="006E22AE">
            <w:pPr>
              <w:spacing w:after="0"/>
              <w:rPr>
                <w:rFonts w:ascii="Times New Roman" w:hAnsi="Times New Roman" w:cs="Times New Roman"/>
              </w:rPr>
            </w:pPr>
            <w:r w:rsidRPr="008A4F0D">
              <w:rPr>
                <w:rFonts w:ascii="Segoe UI Symbol" w:hAnsi="Segoe UI Symbol" w:cs="Segoe UI Symbol"/>
              </w:rPr>
              <w:t>☐</w:t>
            </w:r>
            <w:r w:rsidRPr="008A4F0D">
              <w:rPr>
                <w:rFonts w:ascii="Times New Roman" w:hAnsi="Times New Roman" w:cs="Times New Roman"/>
              </w:rPr>
              <w:t xml:space="preserve"> Nē    </w:t>
            </w:r>
            <w:r w:rsidRPr="008A4F0D">
              <w:rPr>
                <w:rFonts w:ascii="Segoe UI Symbol" w:hAnsi="Segoe UI Symbol" w:cs="Segoe UI Symbol"/>
              </w:rPr>
              <w:t>☐</w:t>
            </w:r>
            <w:r w:rsidRPr="008A4F0D">
              <w:rPr>
                <w:rFonts w:ascii="Times New Roman" w:hAnsi="Times New Roman" w:cs="Times New Roman"/>
              </w:rPr>
              <w:t xml:space="preserve"> Jā, norādīt zemāk</w:t>
            </w:r>
          </w:p>
        </w:tc>
      </w:tr>
      <w:tr w:rsidR="00C4229A" w:rsidRPr="008A4F0D" w14:paraId="3826F0C5" w14:textId="77777777">
        <w:trPr>
          <w:jc w:val="center"/>
        </w:trPr>
        <w:tc>
          <w:tcPr>
            <w:tcW w:w="4706" w:type="dxa"/>
            <w:tcBorders>
              <w:top w:val="single" w:sz="6" w:space="0" w:color="A6A6A6"/>
              <w:left w:val="single" w:sz="6" w:space="0" w:color="A6A6A6"/>
              <w:bottom w:val="single" w:sz="6" w:space="0" w:color="A6A6A6"/>
              <w:right w:val="single" w:sz="6" w:space="0" w:color="A6A6A6"/>
            </w:tcBorders>
            <w:tcMar>
              <w:top w:w="80" w:type="dxa"/>
              <w:left w:w="100" w:type="dxa"/>
              <w:bottom w:w="80" w:type="dxa"/>
              <w:right w:w="100" w:type="dxa"/>
            </w:tcMar>
            <w:vAlign w:val="center"/>
          </w:tcPr>
          <w:p w14:paraId="5A3B649F" w14:textId="77777777" w:rsidR="00C4229A" w:rsidRPr="008A4F0D" w:rsidRDefault="006E22AE">
            <w:pPr>
              <w:spacing w:after="0"/>
              <w:rPr>
                <w:rFonts w:ascii="Times New Roman" w:hAnsi="Times New Roman" w:cs="Times New Roman"/>
              </w:rPr>
            </w:pPr>
            <w:r w:rsidRPr="008A4F0D">
              <w:rPr>
                <w:rFonts w:ascii="Times New Roman" w:hAnsi="Times New Roman" w:cs="Times New Roman"/>
                <w:b/>
              </w:rPr>
              <w:t>Nepieciešamā papildu informācija / komentāri</w:t>
            </w:r>
          </w:p>
        </w:tc>
        <w:tc>
          <w:tcPr>
            <w:tcW w:w="5613" w:type="dxa"/>
            <w:tcBorders>
              <w:top w:val="single" w:sz="6" w:space="0" w:color="A6A6A6"/>
              <w:left w:val="single" w:sz="6" w:space="0" w:color="A6A6A6"/>
              <w:bottom w:val="single" w:sz="6" w:space="0" w:color="A6A6A6"/>
              <w:right w:val="single" w:sz="6" w:space="0" w:color="A6A6A6"/>
            </w:tcBorders>
            <w:tcMar>
              <w:top w:w="80" w:type="dxa"/>
              <w:left w:w="100" w:type="dxa"/>
              <w:bottom w:w="80" w:type="dxa"/>
              <w:right w:w="100" w:type="dxa"/>
            </w:tcMar>
            <w:vAlign w:val="center"/>
          </w:tcPr>
          <w:p w14:paraId="33900BF1" w14:textId="77777777" w:rsidR="00C4229A" w:rsidRPr="008A4F0D" w:rsidRDefault="00C4229A">
            <w:pPr>
              <w:spacing w:after="0"/>
              <w:rPr>
                <w:rFonts w:ascii="Times New Roman" w:hAnsi="Times New Roman" w:cs="Times New Roman"/>
              </w:rPr>
            </w:pPr>
          </w:p>
        </w:tc>
      </w:tr>
      <w:tr w:rsidR="00C4229A" w:rsidRPr="008A4F0D" w14:paraId="2C7EAC59" w14:textId="77777777">
        <w:trPr>
          <w:jc w:val="center"/>
        </w:trPr>
        <w:tc>
          <w:tcPr>
            <w:tcW w:w="4706" w:type="dxa"/>
            <w:tcBorders>
              <w:top w:val="single" w:sz="6" w:space="0" w:color="A6A6A6"/>
              <w:left w:val="single" w:sz="6" w:space="0" w:color="A6A6A6"/>
              <w:bottom w:val="single" w:sz="6" w:space="0" w:color="A6A6A6"/>
              <w:right w:val="single" w:sz="6" w:space="0" w:color="A6A6A6"/>
            </w:tcBorders>
            <w:tcMar>
              <w:top w:w="80" w:type="dxa"/>
              <w:left w:w="100" w:type="dxa"/>
              <w:bottom w:w="80" w:type="dxa"/>
              <w:right w:w="100" w:type="dxa"/>
            </w:tcMar>
            <w:vAlign w:val="center"/>
          </w:tcPr>
          <w:p w14:paraId="48EF95B3" w14:textId="77777777" w:rsidR="00C4229A" w:rsidRPr="008A4F0D" w:rsidRDefault="006E22AE">
            <w:pPr>
              <w:spacing w:after="0"/>
              <w:rPr>
                <w:rFonts w:ascii="Times New Roman" w:hAnsi="Times New Roman" w:cs="Times New Roman"/>
              </w:rPr>
            </w:pPr>
            <w:r w:rsidRPr="008A4F0D">
              <w:rPr>
                <w:rFonts w:ascii="Times New Roman" w:hAnsi="Times New Roman" w:cs="Times New Roman"/>
                <w:b/>
              </w:rPr>
              <w:t>Pieteikuma izskatīšanas rezultāts</w:t>
            </w:r>
          </w:p>
        </w:tc>
        <w:tc>
          <w:tcPr>
            <w:tcW w:w="5613" w:type="dxa"/>
            <w:tcBorders>
              <w:top w:val="single" w:sz="6" w:space="0" w:color="A6A6A6"/>
              <w:left w:val="single" w:sz="6" w:space="0" w:color="A6A6A6"/>
              <w:bottom w:val="single" w:sz="6" w:space="0" w:color="A6A6A6"/>
              <w:right w:val="single" w:sz="6" w:space="0" w:color="A6A6A6"/>
            </w:tcBorders>
            <w:tcMar>
              <w:top w:w="80" w:type="dxa"/>
              <w:left w:w="100" w:type="dxa"/>
              <w:bottom w:w="80" w:type="dxa"/>
              <w:right w:w="100" w:type="dxa"/>
            </w:tcMar>
            <w:vAlign w:val="center"/>
          </w:tcPr>
          <w:p w14:paraId="2A4ECF97" w14:textId="77777777" w:rsidR="00C4229A" w:rsidRPr="008A4F0D" w:rsidRDefault="006E22AE">
            <w:pPr>
              <w:spacing w:after="0"/>
              <w:rPr>
                <w:rFonts w:ascii="Times New Roman" w:hAnsi="Times New Roman" w:cs="Times New Roman"/>
              </w:rPr>
            </w:pPr>
            <w:r w:rsidRPr="008A4F0D">
              <w:rPr>
                <w:rFonts w:ascii="Segoe UI Symbol" w:hAnsi="Segoe UI Symbol" w:cs="Segoe UI Symbol"/>
              </w:rPr>
              <w:t>☐</w:t>
            </w:r>
            <w:r w:rsidRPr="008A4F0D">
              <w:rPr>
                <w:rFonts w:ascii="Times New Roman" w:hAnsi="Times New Roman" w:cs="Times New Roman"/>
              </w:rPr>
              <w:t xml:space="preserve"> Pieņemts turpmākai sertifikācijas procesa organizēšanai    </w:t>
            </w:r>
            <w:r w:rsidRPr="008A4F0D">
              <w:rPr>
                <w:rFonts w:ascii="Segoe UI Symbol" w:hAnsi="Segoe UI Symbol" w:cs="Segoe UI Symbol"/>
              </w:rPr>
              <w:t>☐</w:t>
            </w:r>
            <w:r w:rsidRPr="008A4F0D">
              <w:rPr>
                <w:rFonts w:ascii="Times New Roman" w:hAnsi="Times New Roman" w:cs="Times New Roman"/>
              </w:rPr>
              <w:t xml:space="preserve"> Nepieciešams papildināt    </w:t>
            </w:r>
            <w:r w:rsidRPr="008A4F0D">
              <w:rPr>
                <w:rFonts w:ascii="Segoe UI Symbol" w:hAnsi="Segoe UI Symbol" w:cs="Segoe UI Symbol"/>
              </w:rPr>
              <w:t>☐</w:t>
            </w:r>
            <w:r w:rsidRPr="008A4F0D">
              <w:rPr>
                <w:rFonts w:ascii="Times New Roman" w:hAnsi="Times New Roman" w:cs="Times New Roman"/>
              </w:rPr>
              <w:t xml:space="preserve"> Noraidīts</w:t>
            </w:r>
          </w:p>
        </w:tc>
      </w:tr>
    </w:tbl>
    <w:p w14:paraId="12A699AB" w14:textId="77777777" w:rsidR="00C4229A" w:rsidRPr="008A4F0D" w:rsidRDefault="00C4229A">
      <w:pPr>
        <w:spacing w:before="160"/>
        <w:rPr>
          <w:rFonts w:ascii="Times New Roman" w:hAnsi="Times New Roman" w:cs="Times New Roman"/>
        </w:rPr>
      </w:pPr>
    </w:p>
    <w:tbl>
      <w:tblPr>
        <w:tblW w:w="0" w:type="auto"/>
        <w:jc w:val="center"/>
        <w:tblLayout w:type="fixed"/>
        <w:tblLook w:val="04A0" w:firstRow="1" w:lastRow="0" w:firstColumn="1" w:lastColumn="0" w:noHBand="0" w:noVBand="1"/>
      </w:tblPr>
      <w:tblGrid>
        <w:gridCol w:w="2268"/>
        <w:gridCol w:w="3685"/>
        <w:gridCol w:w="1417"/>
        <w:gridCol w:w="2948"/>
      </w:tblGrid>
      <w:tr w:rsidR="00C4229A" w:rsidRPr="008A4F0D" w14:paraId="5F59FBB8" w14:textId="77777777">
        <w:trPr>
          <w:jc w:val="center"/>
        </w:trPr>
        <w:tc>
          <w:tcPr>
            <w:tcW w:w="2268" w:type="dxa"/>
            <w:tcBorders>
              <w:top w:val="single" w:sz="6" w:space="0" w:color="A6A6A6"/>
              <w:left w:val="single" w:sz="6" w:space="0" w:color="A6A6A6"/>
              <w:bottom w:val="single" w:sz="6" w:space="0" w:color="A6A6A6"/>
              <w:right w:val="single" w:sz="6" w:space="0" w:color="A6A6A6"/>
            </w:tcBorders>
            <w:tcMar>
              <w:top w:w="80" w:type="dxa"/>
              <w:left w:w="100" w:type="dxa"/>
              <w:bottom w:w="80" w:type="dxa"/>
              <w:right w:w="100" w:type="dxa"/>
            </w:tcMar>
            <w:vAlign w:val="center"/>
          </w:tcPr>
          <w:p w14:paraId="1C61E59A" w14:textId="77777777" w:rsidR="00C4229A" w:rsidRPr="008A4F0D" w:rsidRDefault="006E22AE">
            <w:pPr>
              <w:spacing w:after="0"/>
              <w:rPr>
                <w:rFonts w:ascii="Times New Roman" w:hAnsi="Times New Roman" w:cs="Times New Roman"/>
              </w:rPr>
            </w:pPr>
            <w:r w:rsidRPr="008A4F0D">
              <w:rPr>
                <w:rFonts w:ascii="Times New Roman" w:hAnsi="Times New Roman" w:cs="Times New Roman"/>
                <w:b/>
              </w:rPr>
              <w:t>Izskatīja</w:t>
            </w:r>
          </w:p>
        </w:tc>
        <w:tc>
          <w:tcPr>
            <w:tcW w:w="3685" w:type="dxa"/>
            <w:tcBorders>
              <w:top w:val="single" w:sz="6" w:space="0" w:color="A6A6A6"/>
              <w:left w:val="single" w:sz="6" w:space="0" w:color="A6A6A6"/>
              <w:bottom w:val="single" w:sz="6" w:space="0" w:color="A6A6A6"/>
              <w:right w:val="single" w:sz="6" w:space="0" w:color="A6A6A6"/>
            </w:tcBorders>
            <w:tcMar>
              <w:top w:w="80" w:type="dxa"/>
              <w:left w:w="100" w:type="dxa"/>
              <w:bottom w:w="80" w:type="dxa"/>
              <w:right w:w="100" w:type="dxa"/>
            </w:tcMar>
            <w:vAlign w:val="center"/>
          </w:tcPr>
          <w:p w14:paraId="72B20C6D" w14:textId="77777777" w:rsidR="00C4229A" w:rsidRPr="008A4F0D" w:rsidRDefault="006E22AE">
            <w:pPr>
              <w:spacing w:after="0"/>
              <w:rPr>
                <w:rFonts w:ascii="Times New Roman" w:hAnsi="Times New Roman" w:cs="Times New Roman"/>
              </w:rPr>
            </w:pPr>
            <w:r w:rsidRPr="008A4F0D">
              <w:rPr>
                <w:rFonts w:ascii="Times New Roman" w:hAnsi="Times New Roman" w:cs="Times New Roman"/>
              </w:rPr>
              <w:t>Meža programmas vadītājs</w:t>
            </w:r>
          </w:p>
        </w:tc>
        <w:tc>
          <w:tcPr>
            <w:tcW w:w="1417" w:type="dxa"/>
            <w:tcBorders>
              <w:top w:val="single" w:sz="6" w:space="0" w:color="A6A6A6"/>
              <w:left w:val="single" w:sz="6" w:space="0" w:color="A6A6A6"/>
              <w:bottom w:val="single" w:sz="6" w:space="0" w:color="A6A6A6"/>
              <w:right w:val="single" w:sz="6" w:space="0" w:color="A6A6A6"/>
            </w:tcBorders>
            <w:tcMar>
              <w:top w:w="80" w:type="dxa"/>
              <w:left w:w="100" w:type="dxa"/>
              <w:bottom w:w="80" w:type="dxa"/>
              <w:right w:w="100" w:type="dxa"/>
            </w:tcMar>
            <w:vAlign w:val="center"/>
          </w:tcPr>
          <w:p w14:paraId="33939661" w14:textId="77777777" w:rsidR="00C4229A" w:rsidRPr="008A4F0D" w:rsidRDefault="006E22AE">
            <w:pPr>
              <w:spacing w:after="0"/>
              <w:rPr>
                <w:rFonts w:ascii="Times New Roman" w:hAnsi="Times New Roman" w:cs="Times New Roman"/>
              </w:rPr>
            </w:pPr>
            <w:r w:rsidRPr="008A4F0D">
              <w:rPr>
                <w:rFonts w:ascii="Times New Roman" w:hAnsi="Times New Roman" w:cs="Times New Roman"/>
              </w:rPr>
              <w:t>Datums</w:t>
            </w:r>
          </w:p>
        </w:tc>
        <w:tc>
          <w:tcPr>
            <w:tcW w:w="2948" w:type="dxa"/>
            <w:tcBorders>
              <w:top w:val="single" w:sz="6" w:space="0" w:color="A6A6A6"/>
              <w:left w:val="single" w:sz="6" w:space="0" w:color="A6A6A6"/>
              <w:bottom w:val="single" w:sz="6" w:space="0" w:color="A6A6A6"/>
              <w:right w:val="single" w:sz="6" w:space="0" w:color="A6A6A6"/>
            </w:tcBorders>
            <w:tcMar>
              <w:top w:w="80" w:type="dxa"/>
              <w:left w:w="100" w:type="dxa"/>
              <w:bottom w:w="80" w:type="dxa"/>
              <w:right w:w="100" w:type="dxa"/>
            </w:tcMar>
            <w:vAlign w:val="center"/>
          </w:tcPr>
          <w:p w14:paraId="3FFCC68E" w14:textId="77777777" w:rsidR="00C4229A" w:rsidRPr="008A4F0D" w:rsidRDefault="00C4229A">
            <w:pPr>
              <w:spacing w:after="0"/>
              <w:rPr>
                <w:rFonts w:ascii="Times New Roman" w:hAnsi="Times New Roman" w:cs="Times New Roman"/>
              </w:rPr>
            </w:pPr>
          </w:p>
        </w:tc>
      </w:tr>
      <w:tr w:rsidR="00C4229A" w:rsidRPr="008A4F0D" w14:paraId="7E6D4B66" w14:textId="77777777">
        <w:trPr>
          <w:jc w:val="center"/>
        </w:trPr>
        <w:tc>
          <w:tcPr>
            <w:tcW w:w="2268" w:type="dxa"/>
            <w:tcBorders>
              <w:top w:val="single" w:sz="6" w:space="0" w:color="A6A6A6"/>
              <w:left w:val="single" w:sz="6" w:space="0" w:color="A6A6A6"/>
              <w:bottom w:val="single" w:sz="6" w:space="0" w:color="A6A6A6"/>
              <w:right w:val="single" w:sz="6" w:space="0" w:color="A6A6A6"/>
            </w:tcBorders>
            <w:tcMar>
              <w:top w:w="80" w:type="dxa"/>
              <w:left w:w="100" w:type="dxa"/>
              <w:bottom w:w="80" w:type="dxa"/>
              <w:right w:w="100" w:type="dxa"/>
            </w:tcMar>
            <w:vAlign w:val="center"/>
          </w:tcPr>
          <w:p w14:paraId="1A1A9C49" w14:textId="77777777" w:rsidR="00C4229A" w:rsidRPr="008A4F0D" w:rsidRDefault="006E22AE">
            <w:pPr>
              <w:spacing w:after="0"/>
              <w:rPr>
                <w:rFonts w:ascii="Times New Roman" w:hAnsi="Times New Roman" w:cs="Times New Roman"/>
              </w:rPr>
            </w:pPr>
            <w:r w:rsidRPr="008A4F0D">
              <w:rPr>
                <w:rFonts w:ascii="Times New Roman" w:hAnsi="Times New Roman" w:cs="Times New Roman"/>
                <w:b/>
              </w:rPr>
              <w:t>Vārds, uzvārds / paraksts</w:t>
            </w:r>
          </w:p>
        </w:tc>
        <w:tc>
          <w:tcPr>
            <w:tcW w:w="2948" w:type="dxa"/>
            <w:gridSpan w:val="3"/>
            <w:tcBorders>
              <w:top w:val="single" w:sz="6" w:space="0" w:color="A6A6A6"/>
              <w:left w:val="single" w:sz="6" w:space="0" w:color="A6A6A6"/>
              <w:bottom w:val="single" w:sz="6" w:space="0" w:color="A6A6A6"/>
              <w:right w:val="single" w:sz="6" w:space="0" w:color="A6A6A6"/>
            </w:tcBorders>
            <w:tcMar>
              <w:top w:w="80" w:type="dxa"/>
              <w:left w:w="100" w:type="dxa"/>
              <w:bottom w:w="80" w:type="dxa"/>
              <w:right w:w="100" w:type="dxa"/>
            </w:tcMar>
            <w:vAlign w:val="center"/>
          </w:tcPr>
          <w:p w14:paraId="09EA5937" w14:textId="77777777" w:rsidR="00C4229A" w:rsidRPr="008A4F0D" w:rsidRDefault="00C4229A">
            <w:pPr>
              <w:spacing w:after="0"/>
              <w:rPr>
                <w:rFonts w:ascii="Times New Roman" w:hAnsi="Times New Roman" w:cs="Times New Roman"/>
              </w:rPr>
            </w:pPr>
          </w:p>
        </w:tc>
      </w:tr>
    </w:tbl>
    <w:p w14:paraId="41F27FA4" w14:textId="77777777" w:rsidR="00C4229A" w:rsidRPr="008A4F0D" w:rsidRDefault="006E22AE">
      <w:pPr>
        <w:spacing w:before="200"/>
        <w:jc w:val="center"/>
        <w:rPr>
          <w:rFonts w:ascii="Times New Roman" w:hAnsi="Times New Roman" w:cs="Times New Roman"/>
        </w:rPr>
      </w:pPr>
      <w:r w:rsidRPr="008A4F0D">
        <w:rPr>
          <w:rFonts w:ascii="Times New Roman" w:hAnsi="Times New Roman" w:cs="Times New Roman"/>
          <w:color w:val="646464"/>
          <w:sz w:val="16"/>
        </w:rPr>
        <w:t>REG 22 “Pieteikums PEFC meža apsaimniekošanas sertifikācijai” | Versija 03 | 10.08.2026</w:t>
      </w:r>
    </w:p>
    <w:sectPr w:rsidR="00C4229A" w:rsidRPr="008A4F0D" w:rsidSect="00034616">
      <w:headerReference w:type="default" r:id="rId8"/>
      <w:footerReference w:type="default" r:id="rId9"/>
      <w:pgSz w:w="12240" w:h="15840"/>
      <w:pgMar w:top="737" w:right="850" w:bottom="737" w:left="850" w:header="340" w:footer="3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79F3D6" w14:textId="77777777" w:rsidR="006E22AE" w:rsidRDefault="006E22AE">
      <w:pPr>
        <w:spacing w:after="0"/>
      </w:pPr>
      <w:r>
        <w:separator/>
      </w:r>
    </w:p>
  </w:endnote>
  <w:endnote w:type="continuationSeparator" w:id="0">
    <w:p w14:paraId="2E043E37" w14:textId="77777777" w:rsidR="006E22AE" w:rsidRDefault="006E22A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D2F79" w14:textId="77777777" w:rsidR="00C4229A" w:rsidRDefault="006E22AE">
    <w:pPr>
      <w:pStyle w:val="Footer"/>
      <w:jc w:val="center"/>
    </w:pPr>
    <w:proofErr w:type="spellStart"/>
    <w:r>
      <w:rPr>
        <w:color w:val="646464"/>
        <w:sz w:val="15"/>
      </w:rPr>
      <w:t>Biedrības</w:t>
    </w:r>
    <w:proofErr w:type="spellEnd"/>
    <w:r>
      <w:rPr>
        <w:color w:val="646464"/>
        <w:sz w:val="15"/>
      </w:rPr>
      <w:t xml:space="preserve"> “Vides </w:t>
    </w:r>
    <w:proofErr w:type="spellStart"/>
    <w:r>
      <w:rPr>
        <w:color w:val="646464"/>
        <w:sz w:val="15"/>
      </w:rPr>
      <w:t>kvalitāte</w:t>
    </w:r>
    <w:proofErr w:type="spellEnd"/>
    <w:r>
      <w:rPr>
        <w:color w:val="646464"/>
        <w:sz w:val="15"/>
      </w:rPr>
      <w:t xml:space="preserve">” </w:t>
    </w:r>
    <w:proofErr w:type="spellStart"/>
    <w:r>
      <w:rPr>
        <w:color w:val="646464"/>
        <w:sz w:val="15"/>
      </w:rPr>
      <w:t>sertifikācijas</w:t>
    </w:r>
    <w:proofErr w:type="spellEnd"/>
    <w:r>
      <w:rPr>
        <w:color w:val="646464"/>
        <w:sz w:val="15"/>
      </w:rPr>
      <w:t xml:space="preserve"> </w:t>
    </w:r>
    <w:proofErr w:type="spellStart"/>
    <w:r>
      <w:rPr>
        <w:color w:val="646464"/>
        <w:sz w:val="15"/>
      </w:rPr>
      <w:t>institūcija</w:t>
    </w:r>
    <w:proofErr w:type="spellEnd"/>
    <w:r>
      <w:rPr>
        <w:color w:val="646464"/>
        <w:sz w:val="15"/>
      </w:rPr>
      <w:t xml:space="preserve"> VIDES </w:t>
    </w:r>
    <w:proofErr w:type="gramStart"/>
    <w:r>
      <w:rPr>
        <w:color w:val="646464"/>
        <w:sz w:val="15"/>
      </w:rPr>
      <w:t>KVALITĀTE  |</w:t>
    </w:r>
    <w:proofErr w:type="gramEnd"/>
    <w:r>
      <w:rPr>
        <w:color w:val="646464"/>
        <w:sz w:val="15"/>
      </w:rPr>
      <w:t xml:space="preserve">  REG </w:t>
    </w:r>
    <w:proofErr w:type="gramStart"/>
    <w:r>
      <w:rPr>
        <w:color w:val="646464"/>
        <w:sz w:val="15"/>
      </w:rPr>
      <w:t>22  |</w:t>
    </w:r>
    <w:proofErr w:type="gramEnd"/>
    <w:r>
      <w:rPr>
        <w:color w:val="646464"/>
        <w:sz w:val="15"/>
      </w:rPr>
      <w:t xml:space="preserve">  </w:t>
    </w:r>
    <w:proofErr w:type="spellStart"/>
    <w:r>
      <w:rPr>
        <w:color w:val="646464"/>
        <w:sz w:val="15"/>
      </w:rPr>
      <w:t>Versija</w:t>
    </w:r>
    <w:proofErr w:type="spellEnd"/>
    <w:r>
      <w:rPr>
        <w:color w:val="646464"/>
        <w:sz w:val="15"/>
      </w:rPr>
      <w:t xml:space="preserve"> </w:t>
    </w:r>
    <w:proofErr w:type="gramStart"/>
    <w:r>
      <w:rPr>
        <w:color w:val="646464"/>
        <w:sz w:val="15"/>
      </w:rPr>
      <w:t>03  |</w:t>
    </w:r>
    <w:proofErr w:type="gramEnd"/>
    <w:r>
      <w:rPr>
        <w:color w:val="646464"/>
        <w:sz w:val="15"/>
      </w:rPr>
      <w:t xml:space="preserve">  10.08.2026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7FC172" w14:textId="77777777" w:rsidR="006E22AE" w:rsidRDefault="006E22AE">
      <w:pPr>
        <w:spacing w:after="0"/>
      </w:pPr>
      <w:r>
        <w:separator/>
      </w:r>
    </w:p>
  </w:footnote>
  <w:footnote w:type="continuationSeparator" w:id="0">
    <w:p w14:paraId="24DAB237" w14:textId="77777777" w:rsidR="006E22AE" w:rsidRDefault="006E22A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1555"/>
      <w:gridCol w:w="8073"/>
    </w:tblGrid>
    <w:tr w:rsidR="008A4F0D" w:rsidRPr="00AE1353" w14:paraId="6375BC86" w14:textId="77777777" w:rsidTr="00E525EB">
      <w:tc>
        <w:tcPr>
          <w:tcW w:w="1555" w:type="dxa"/>
          <w:vAlign w:val="center"/>
        </w:tcPr>
        <w:p w14:paraId="1411037B" w14:textId="67D3CAA6" w:rsidR="008A4F0D" w:rsidRPr="00AE1353" w:rsidRDefault="008A4F0D" w:rsidP="008A4F0D">
          <w:pPr>
            <w:tabs>
              <w:tab w:val="center" w:pos="4844"/>
              <w:tab w:val="right" w:pos="9689"/>
            </w:tabs>
            <w:jc w:val="center"/>
            <w:rPr>
              <w:rFonts w:eastAsia="Calibri"/>
              <w:sz w:val="24"/>
              <w:szCs w:val="24"/>
            </w:rPr>
          </w:pPr>
          <w:r w:rsidRPr="00DE602B">
            <w:rPr>
              <w:rFonts w:eastAsia="Calibri"/>
              <w:noProof/>
              <w:spacing w:val="60"/>
              <w:kern w:val="2"/>
              <w:sz w:val="22"/>
            </w:rPr>
            <w:drawing>
              <wp:inline distT="0" distB="0" distL="0" distR="0" wp14:anchorId="2D14DA8C" wp14:editId="2DA681F1">
                <wp:extent cx="695325" cy="695325"/>
                <wp:effectExtent l="0" t="0" r="9525" b="9525"/>
                <wp:docPr id="277765416" name="Picture 1" descr="A green logo with a four leaf clov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green logo with a four leaf clover&#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5325" cy="695325"/>
                        </a:xfrm>
                        <a:prstGeom prst="rect">
                          <a:avLst/>
                        </a:prstGeom>
                        <a:noFill/>
                        <a:ln>
                          <a:noFill/>
                        </a:ln>
                      </pic:spPr>
                    </pic:pic>
                  </a:graphicData>
                </a:graphic>
              </wp:inline>
            </w:drawing>
          </w:r>
        </w:p>
      </w:tc>
      <w:tc>
        <w:tcPr>
          <w:tcW w:w="8073" w:type="dxa"/>
          <w:vAlign w:val="center"/>
        </w:tcPr>
        <w:p w14:paraId="6BBF3842" w14:textId="77777777" w:rsidR="008A4F0D" w:rsidRPr="00AE1353" w:rsidRDefault="008A4F0D" w:rsidP="008A4F0D">
          <w:pPr>
            <w:tabs>
              <w:tab w:val="center" w:pos="4844"/>
              <w:tab w:val="right" w:pos="9689"/>
            </w:tabs>
            <w:jc w:val="center"/>
            <w:rPr>
              <w:rFonts w:eastAsia="Calibri"/>
              <w:sz w:val="22"/>
              <w:lang w:eastAsia="ar-SA"/>
            </w:rPr>
          </w:pPr>
          <w:proofErr w:type="spellStart"/>
          <w:r w:rsidRPr="00AE1353">
            <w:rPr>
              <w:rFonts w:eastAsia="Calibri"/>
              <w:sz w:val="22"/>
              <w:lang w:eastAsia="ar-SA"/>
            </w:rPr>
            <w:t>Biedrības</w:t>
          </w:r>
          <w:proofErr w:type="spellEnd"/>
          <w:r w:rsidRPr="00AE1353">
            <w:rPr>
              <w:rFonts w:eastAsia="Calibri"/>
              <w:sz w:val="22"/>
              <w:lang w:eastAsia="ar-SA"/>
            </w:rPr>
            <w:t xml:space="preserve"> “Vides </w:t>
          </w:r>
          <w:proofErr w:type="spellStart"/>
          <w:r w:rsidRPr="00AE1353">
            <w:rPr>
              <w:rFonts w:eastAsia="Calibri"/>
              <w:sz w:val="22"/>
              <w:lang w:eastAsia="ar-SA"/>
            </w:rPr>
            <w:t>kvalitāte</w:t>
          </w:r>
          <w:proofErr w:type="spellEnd"/>
          <w:r w:rsidRPr="00AE1353">
            <w:rPr>
              <w:rFonts w:eastAsia="Calibri"/>
              <w:sz w:val="22"/>
              <w:lang w:eastAsia="ar-SA"/>
            </w:rPr>
            <w:t xml:space="preserve">” </w:t>
          </w:r>
        </w:p>
        <w:p w14:paraId="21DE2D1F" w14:textId="77777777" w:rsidR="008A4F0D" w:rsidRPr="00AE1353" w:rsidRDefault="008A4F0D" w:rsidP="008A4F0D">
          <w:pPr>
            <w:tabs>
              <w:tab w:val="center" w:pos="4844"/>
              <w:tab w:val="right" w:pos="9689"/>
            </w:tabs>
            <w:jc w:val="center"/>
            <w:rPr>
              <w:rFonts w:eastAsia="Calibri"/>
              <w:sz w:val="24"/>
              <w:szCs w:val="24"/>
            </w:rPr>
          </w:pPr>
          <w:proofErr w:type="spellStart"/>
          <w:r w:rsidRPr="00AE1353">
            <w:rPr>
              <w:rFonts w:eastAsia="Calibri"/>
              <w:sz w:val="22"/>
              <w:lang w:eastAsia="ar-SA"/>
            </w:rPr>
            <w:t>sertifikācijas</w:t>
          </w:r>
          <w:proofErr w:type="spellEnd"/>
          <w:r w:rsidRPr="00AE1353">
            <w:rPr>
              <w:rFonts w:eastAsia="Calibri"/>
              <w:sz w:val="22"/>
              <w:lang w:eastAsia="ar-SA"/>
            </w:rPr>
            <w:t xml:space="preserve"> </w:t>
          </w:r>
          <w:proofErr w:type="spellStart"/>
          <w:r w:rsidRPr="00AE1353">
            <w:rPr>
              <w:rFonts w:eastAsia="Calibri"/>
              <w:sz w:val="22"/>
              <w:lang w:eastAsia="ar-SA"/>
            </w:rPr>
            <w:t>institūcija</w:t>
          </w:r>
          <w:proofErr w:type="spellEnd"/>
          <w:r w:rsidRPr="00AE1353">
            <w:rPr>
              <w:rFonts w:eastAsia="Calibri"/>
              <w:sz w:val="22"/>
              <w:lang w:eastAsia="ar-SA"/>
            </w:rPr>
            <w:t xml:space="preserve"> VIDES KVALITĀTE</w:t>
          </w:r>
        </w:p>
      </w:tc>
    </w:tr>
  </w:tbl>
  <w:p w14:paraId="2033AF92" w14:textId="092A0BD7" w:rsidR="00C4229A" w:rsidRPr="008A4F0D" w:rsidRDefault="00C4229A" w:rsidP="008A4F0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679116123">
    <w:abstractNumId w:val="8"/>
  </w:num>
  <w:num w:numId="2" w16cid:durableId="529882688">
    <w:abstractNumId w:val="6"/>
  </w:num>
  <w:num w:numId="3" w16cid:durableId="1969120061">
    <w:abstractNumId w:val="5"/>
  </w:num>
  <w:num w:numId="4" w16cid:durableId="1069378611">
    <w:abstractNumId w:val="4"/>
  </w:num>
  <w:num w:numId="5" w16cid:durableId="1994748634">
    <w:abstractNumId w:val="7"/>
  </w:num>
  <w:num w:numId="6" w16cid:durableId="244343230">
    <w:abstractNumId w:val="3"/>
  </w:num>
  <w:num w:numId="7" w16cid:durableId="2003773090">
    <w:abstractNumId w:val="2"/>
  </w:num>
  <w:num w:numId="8" w16cid:durableId="851801535">
    <w:abstractNumId w:val="1"/>
  </w:num>
  <w:num w:numId="9" w16cid:durableId="13422730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16CF3"/>
    <w:rsid w:val="0029639D"/>
    <w:rsid w:val="00326F90"/>
    <w:rsid w:val="006E22AE"/>
    <w:rsid w:val="008A4F0D"/>
    <w:rsid w:val="00AA1D8D"/>
    <w:rsid w:val="00B47730"/>
    <w:rsid w:val="00C4229A"/>
    <w:rsid w:val="00CB0664"/>
    <w:rsid w:val="00ED663C"/>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DE34F6"/>
  <w14:defaultImageDpi w14:val="300"/>
  <w15:docId w15:val="{950679E5-D2E5-48C9-9DAD-A0E1C06DB6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60" w:line="240" w:lineRule="auto"/>
    </w:pPr>
    <w:rPr>
      <w:rFonts w:ascii="Arial" w:hAnsi="Arial"/>
      <w:sz w:val="19"/>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E618BF"/>
    <w:pPr>
      <w:tabs>
        <w:tab w:val="center" w:pos="4680"/>
        <w:tab w:val="right" w:pos="9360"/>
      </w:tabs>
      <w:spacing w:after="0"/>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3038</Words>
  <Characters>1733</Characters>
  <Application>Microsoft Office Word</Application>
  <DocSecurity>0</DocSecurity>
  <Lines>14</Lines>
  <Paragraphs>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4762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Ailts</dc:creator>
  <cp:keywords/>
  <dc:description>generated by python-docx</dc:description>
  <cp:lastModifiedBy>Meža prieki</cp:lastModifiedBy>
  <cp:revision>2</cp:revision>
  <dcterms:created xsi:type="dcterms:W3CDTF">2026-08-10T14:03:00Z</dcterms:created>
  <dcterms:modified xsi:type="dcterms:W3CDTF">2026-08-10T14:03:00Z</dcterms:modified>
  <cp:category/>
</cp:coreProperties>
</file>